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9C11A5" w14:textId="77777777" w:rsidR="00AE4CCD" w:rsidRDefault="00000000">
      <w:pPr>
        <w:jc w:val="center"/>
      </w:pPr>
      <w:r>
        <w:rPr>
          <w:b/>
          <w:sz w:val="40"/>
        </w:rPr>
        <w:t>Year 1 School Trips &amp; Term Dates</w:t>
      </w:r>
    </w:p>
    <w:p w14:paraId="455DD89C" w14:textId="77777777" w:rsidR="00AE4CCD" w:rsidRDefault="00000000">
      <w:pPr>
        <w:jc w:val="center"/>
      </w:pPr>
      <w:r>
        <w:rPr>
          <w:i/>
          <w:sz w:val="22"/>
        </w:rPr>
        <w:t>Information for Parents and Carers</w:t>
      </w:r>
    </w:p>
    <w:p w14:paraId="3C4BA147" w14:textId="1A3E9E50" w:rsidR="00AE4CCD" w:rsidRDefault="00000000">
      <w:r>
        <w:rPr>
          <w:b/>
        </w:rPr>
        <w:t xml:space="preserve">Please use this overview to see the planned trip dates across the school year. </w:t>
      </w:r>
      <w:r>
        <w:t xml:space="preserve">Trip dates are currently planned/booked and may be subject to change. </w:t>
      </w:r>
      <w:r w:rsidR="00DC57FE">
        <w:t>W</w:t>
      </w:r>
      <w:r>
        <w:t>e will need parent support with supervision and accompanying the children</w:t>
      </w:r>
      <w:r w:rsidR="00DC57FE">
        <w:t xml:space="preserve"> as well as getting the children to named locations.</w:t>
      </w:r>
    </w:p>
    <w:p w14:paraId="3C76FB02" w14:textId="77777777" w:rsidR="00AE4CCD" w:rsidRDefault="00000000">
      <w:r>
        <w:rPr>
          <w:b/>
          <w:sz w:val="28"/>
          <w:u w:val="single"/>
        </w:rPr>
        <w:t>Term 1</w:t>
      </w:r>
    </w:p>
    <w:p w14:paraId="3B8849E1" w14:textId="61A102F2" w:rsidR="00AE4CCD" w:rsidRDefault="00000000">
      <w:r>
        <w:rPr>
          <w:b/>
        </w:rPr>
        <w:t xml:space="preserve">Term dates: </w:t>
      </w:r>
      <w:r w:rsidR="001D4DFA">
        <w:t>Thursday 3</w:t>
      </w:r>
      <w:r w:rsidR="001D4DFA" w:rsidRPr="001D4DFA">
        <w:rPr>
          <w:vertAlign w:val="superscript"/>
        </w:rPr>
        <w:t>rd</w:t>
      </w:r>
      <w:r>
        <w:t xml:space="preserve"> September – </w:t>
      </w:r>
      <w:r w:rsidR="001D4DFA">
        <w:t>Thursday 22</w:t>
      </w:r>
      <w:r w:rsidR="001D4DFA" w:rsidRPr="001D4DFA">
        <w:rPr>
          <w:vertAlign w:val="superscript"/>
        </w:rPr>
        <w:t>nd</w:t>
      </w:r>
      <w:r>
        <w:t xml:space="preserve"> October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045"/>
        <w:gridCol w:w="2045"/>
        <w:gridCol w:w="2045"/>
        <w:gridCol w:w="2045"/>
        <w:gridCol w:w="2045"/>
      </w:tblGrid>
      <w:tr w:rsidR="00AE4CCD" w14:paraId="44A56B83" w14:textId="77777777">
        <w:trPr>
          <w:jc w:val="center"/>
        </w:trPr>
        <w:tc>
          <w:tcPr>
            <w:tcW w:w="2045" w:type="dxa"/>
            <w:vAlign w:val="center"/>
          </w:tcPr>
          <w:p w14:paraId="76870185" w14:textId="77777777" w:rsidR="00AE4CCD" w:rsidRDefault="00000000">
            <w:r>
              <w:rPr>
                <w:b/>
                <w:sz w:val="18"/>
              </w:rPr>
              <w:t>Trip / Visit</w:t>
            </w:r>
          </w:p>
        </w:tc>
        <w:tc>
          <w:tcPr>
            <w:tcW w:w="2045" w:type="dxa"/>
            <w:vAlign w:val="center"/>
          </w:tcPr>
          <w:p w14:paraId="345241C7" w14:textId="77777777" w:rsidR="00AE4CCD" w:rsidRDefault="00000000">
            <w:r>
              <w:rPr>
                <w:b/>
                <w:sz w:val="18"/>
              </w:rPr>
              <w:t>Possible booked date</w:t>
            </w:r>
          </w:p>
        </w:tc>
        <w:tc>
          <w:tcPr>
            <w:tcW w:w="2045" w:type="dxa"/>
            <w:vAlign w:val="center"/>
          </w:tcPr>
          <w:p w14:paraId="52B24FE0" w14:textId="77777777" w:rsidR="00AE4CCD" w:rsidRDefault="00000000">
            <w:r>
              <w:rPr>
                <w:b/>
                <w:sz w:val="18"/>
              </w:rPr>
              <w:t>Timings</w:t>
            </w:r>
          </w:p>
        </w:tc>
        <w:tc>
          <w:tcPr>
            <w:tcW w:w="2045" w:type="dxa"/>
            <w:vAlign w:val="center"/>
          </w:tcPr>
          <w:p w14:paraId="1DAF2363" w14:textId="77777777" w:rsidR="00AE4CCD" w:rsidRDefault="00000000">
            <w:r>
              <w:rPr>
                <w:b/>
                <w:sz w:val="18"/>
              </w:rPr>
              <w:t>Cost</w:t>
            </w:r>
          </w:p>
        </w:tc>
        <w:tc>
          <w:tcPr>
            <w:tcW w:w="2045" w:type="dxa"/>
            <w:vAlign w:val="center"/>
          </w:tcPr>
          <w:p w14:paraId="62ED4CBA" w14:textId="77777777" w:rsidR="00AE4CCD" w:rsidRDefault="00000000">
            <w:r>
              <w:rPr>
                <w:b/>
                <w:sz w:val="18"/>
              </w:rPr>
              <w:t>Parent support</w:t>
            </w:r>
          </w:p>
        </w:tc>
      </w:tr>
      <w:tr w:rsidR="00AE4CCD" w14:paraId="15D9DCCF" w14:textId="77777777" w:rsidTr="001D4DFA">
        <w:trPr>
          <w:trHeight w:val="1644"/>
          <w:jc w:val="center"/>
        </w:trPr>
        <w:tc>
          <w:tcPr>
            <w:tcW w:w="2045" w:type="dxa"/>
            <w:vAlign w:val="center"/>
          </w:tcPr>
          <w:p w14:paraId="61087D11" w14:textId="77777777" w:rsidR="00AE4CCD" w:rsidRDefault="001D4DFA">
            <w:pPr>
              <w:rPr>
                <w:sz w:val="18"/>
                <w:szCs w:val="18"/>
              </w:rPr>
            </w:pPr>
            <w:r w:rsidRPr="001D4DFA">
              <w:rPr>
                <w:sz w:val="18"/>
                <w:szCs w:val="18"/>
              </w:rPr>
              <w:t>Castle farm to learn about the current season of Autumn.</w:t>
            </w:r>
          </w:p>
          <w:p w14:paraId="3141740B" w14:textId="77777777" w:rsidR="001D4DFA" w:rsidRDefault="001D4DFA">
            <w:pPr>
              <w:rPr>
                <w:sz w:val="18"/>
                <w:szCs w:val="18"/>
              </w:rPr>
            </w:pPr>
          </w:p>
          <w:p w14:paraId="7470F5FF" w14:textId="295EB48E" w:rsidR="001D4DFA" w:rsidRDefault="001D4DFA">
            <w:pPr>
              <w:rPr>
                <w:sz w:val="18"/>
                <w:szCs w:val="18"/>
              </w:rPr>
            </w:pPr>
            <w:proofErr w:type="spellStart"/>
            <w:r w:rsidRPr="001D4DFA">
              <w:rPr>
                <w:sz w:val="18"/>
                <w:szCs w:val="18"/>
              </w:rPr>
              <w:t>Redmans</w:t>
            </w:r>
            <w:proofErr w:type="spellEnd"/>
            <w:r w:rsidRPr="001D4DFA">
              <w:rPr>
                <w:sz w:val="18"/>
                <w:szCs w:val="18"/>
              </w:rPr>
              <w:t xml:space="preserve"> Ln, Sevenoaks TN14 7UB</w:t>
            </w:r>
          </w:p>
          <w:p w14:paraId="18EBA423" w14:textId="77777777" w:rsidR="001D4DFA" w:rsidRDefault="001D4DFA">
            <w:pPr>
              <w:rPr>
                <w:sz w:val="18"/>
                <w:szCs w:val="18"/>
              </w:rPr>
            </w:pPr>
          </w:p>
          <w:p w14:paraId="023A9958" w14:textId="77777777" w:rsidR="001D4DFA" w:rsidRDefault="001D4DFA">
            <w:pPr>
              <w:rPr>
                <w:sz w:val="18"/>
                <w:szCs w:val="18"/>
              </w:rPr>
            </w:pPr>
          </w:p>
          <w:p w14:paraId="74F221CD" w14:textId="77777777" w:rsidR="001D4DFA" w:rsidRDefault="001D4DFA">
            <w:pPr>
              <w:rPr>
                <w:sz w:val="18"/>
                <w:szCs w:val="18"/>
              </w:rPr>
            </w:pPr>
          </w:p>
          <w:p w14:paraId="70FE8FA3" w14:textId="77777777" w:rsidR="001D4DFA" w:rsidRDefault="001D4DFA">
            <w:pPr>
              <w:rPr>
                <w:szCs w:val="18"/>
              </w:rPr>
            </w:pPr>
          </w:p>
          <w:p w14:paraId="191A68AB" w14:textId="30CA99A6" w:rsidR="001D4DFA" w:rsidRDefault="001D4DFA"/>
        </w:tc>
        <w:tc>
          <w:tcPr>
            <w:tcW w:w="2045" w:type="dxa"/>
            <w:vAlign w:val="center"/>
          </w:tcPr>
          <w:p w14:paraId="7FAB1AFD" w14:textId="47DE3C72" w:rsidR="00AE4CCD" w:rsidRDefault="00A674D0">
            <w:pPr>
              <w:rPr>
                <w:sz w:val="18"/>
              </w:rPr>
            </w:pPr>
            <w:r>
              <w:rPr>
                <w:sz w:val="18"/>
              </w:rPr>
              <w:t>B</w:t>
            </w:r>
            <w:r w:rsidR="00000000">
              <w:rPr>
                <w:sz w:val="18"/>
              </w:rPr>
              <w:t xml:space="preserve">ooked date: </w:t>
            </w:r>
            <w:r w:rsidR="001D4DFA">
              <w:rPr>
                <w:sz w:val="18"/>
              </w:rPr>
              <w:t>Thursday 8</w:t>
            </w:r>
            <w:r w:rsidR="001D4DFA" w:rsidRPr="001D4DFA">
              <w:rPr>
                <w:sz w:val="18"/>
                <w:vertAlign w:val="superscript"/>
              </w:rPr>
              <w:t>th</w:t>
            </w:r>
            <w:r w:rsidR="001D4DFA">
              <w:rPr>
                <w:sz w:val="18"/>
              </w:rPr>
              <w:t xml:space="preserve"> October</w:t>
            </w:r>
          </w:p>
          <w:p w14:paraId="4E12BB4D" w14:textId="77777777" w:rsidR="001D4DFA" w:rsidRDefault="001D4DFA">
            <w:pPr>
              <w:rPr>
                <w:sz w:val="18"/>
              </w:rPr>
            </w:pPr>
          </w:p>
          <w:p w14:paraId="431974F5" w14:textId="77777777" w:rsidR="001D4DFA" w:rsidRDefault="001D4DFA">
            <w:pPr>
              <w:rPr>
                <w:sz w:val="18"/>
              </w:rPr>
            </w:pPr>
          </w:p>
          <w:p w14:paraId="5BECA2A0" w14:textId="77777777" w:rsidR="001D4DFA" w:rsidRDefault="001D4DFA">
            <w:pPr>
              <w:rPr>
                <w:sz w:val="18"/>
              </w:rPr>
            </w:pPr>
          </w:p>
          <w:p w14:paraId="29EB89F1" w14:textId="77777777" w:rsidR="001D4DFA" w:rsidRDefault="001D4DFA">
            <w:pPr>
              <w:rPr>
                <w:sz w:val="18"/>
              </w:rPr>
            </w:pPr>
          </w:p>
          <w:p w14:paraId="444749A6" w14:textId="77777777" w:rsidR="001D4DFA" w:rsidRDefault="001D4DFA">
            <w:pPr>
              <w:rPr>
                <w:sz w:val="18"/>
              </w:rPr>
            </w:pPr>
          </w:p>
          <w:p w14:paraId="452C2105" w14:textId="77777777" w:rsidR="001D4DFA" w:rsidRDefault="001D4DFA">
            <w:pPr>
              <w:rPr>
                <w:sz w:val="18"/>
              </w:rPr>
            </w:pPr>
          </w:p>
          <w:p w14:paraId="75540DC5" w14:textId="77777777" w:rsidR="001D4DFA" w:rsidRDefault="001D4DFA">
            <w:pPr>
              <w:rPr>
                <w:sz w:val="18"/>
              </w:rPr>
            </w:pPr>
          </w:p>
          <w:p w14:paraId="7E4633C4" w14:textId="77777777" w:rsidR="001D4DFA" w:rsidRDefault="001D4DFA"/>
          <w:p w14:paraId="252E2710" w14:textId="13930593" w:rsidR="001D4DFA" w:rsidRDefault="001D4DFA"/>
        </w:tc>
        <w:tc>
          <w:tcPr>
            <w:tcW w:w="2045" w:type="dxa"/>
            <w:vAlign w:val="center"/>
          </w:tcPr>
          <w:p w14:paraId="53119C55" w14:textId="77777777" w:rsidR="00AE4CCD" w:rsidRDefault="001D4DFA">
            <w:pPr>
              <w:rPr>
                <w:sz w:val="18"/>
                <w:szCs w:val="18"/>
              </w:rPr>
            </w:pPr>
            <w:r w:rsidRPr="001D4DFA">
              <w:rPr>
                <w:sz w:val="18"/>
                <w:szCs w:val="18"/>
              </w:rPr>
              <w:t>1:30pm-3:00pm</w:t>
            </w:r>
          </w:p>
          <w:p w14:paraId="38A2FA0B" w14:textId="77777777" w:rsidR="001D4DFA" w:rsidRDefault="001D4DFA">
            <w:pPr>
              <w:rPr>
                <w:sz w:val="18"/>
                <w:szCs w:val="18"/>
              </w:rPr>
            </w:pPr>
          </w:p>
          <w:p w14:paraId="2D666D1C" w14:textId="77777777" w:rsidR="001D4DFA" w:rsidRDefault="001D4DFA">
            <w:pPr>
              <w:rPr>
                <w:sz w:val="18"/>
                <w:szCs w:val="18"/>
              </w:rPr>
            </w:pPr>
          </w:p>
          <w:p w14:paraId="0E6CBB75" w14:textId="77777777" w:rsidR="001D4DFA" w:rsidRDefault="001D4DFA">
            <w:pPr>
              <w:rPr>
                <w:sz w:val="18"/>
                <w:szCs w:val="18"/>
              </w:rPr>
            </w:pPr>
          </w:p>
          <w:p w14:paraId="0EBA03BE" w14:textId="77777777" w:rsidR="001D4DFA" w:rsidRDefault="001D4DFA">
            <w:pPr>
              <w:rPr>
                <w:sz w:val="18"/>
                <w:szCs w:val="18"/>
              </w:rPr>
            </w:pPr>
          </w:p>
          <w:p w14:paraId="29E91231" w14:textId="77777777" w:rsidR="001D4DFA" w:rsidRDefault="001D4DFA">
            <w:pPr>
              <w:rPr>
                <w:sz w:val="18"/>
                <w:szCs w:val="18"/>
              </w:rPr>
            </w:pPr>
          </w:p>
          <w:p w14:paraId="58A5B8C6" w14:textId="77777777" w:rsidR="001D4DFA" w:rsidRDefault="001D4DFA">
            <w:pPr>
              <w:rPr>
                <w:sz w:val="18"/>
                <w:szCs w:val="18"/>
              </w:rPr>
            </w:pPr>
          </w:p>
          <w:p w14:paraId="089FEE95" w14:textId="77777777" w:rsidR="001D4DFA" w:rsidRDefault="001D4DFA">
            <w:pPr>
              <w:rPr>
                <w:sz w:val="18"/>
                <w:szCs w:val="18"/>
              </w:rPr>
            </w:pPr>
          </w:p>
          <w:p w14:paraId="12AE4650" w14:textId="77777777" w:rsidR="001D4DFA" w:rsidRDefault="001D4DFA">
            <w:pPr>
              <w:rPr>
                <w:sz w:val="18"/>
                <w:szCs w:val="18"/>
              </w:rPr>
            </w:pPr>
          </w:p>
          <w:p w14:paraId="5FCAFB14" w14:textId="77777777" w:rsidR="001D4DFA" w:rsidRDefault="001D4DFA">
            <w:pPr>
              <w:rPr>
                <w:szCs w:val="18"/>
              </w:rPr>
            </w:pPr>
          </w:p>
          <w:p w14:paraId="769D5A77" w14:textId="498B7B06" w:rsidR="001D4DFA" w:rsidRDefault="001D4DFA"/>
        </w:tc>
        <w:tc>
          <w:tcPr>
            <w:tcW w:w="2045" w:type="dxa"/>
            <w:vAlign w:val="center"/>
          </w:tcPr>
          <w:p w14:paraId="5CB775B6" w14:textId="77777777" w:rsidR="00AE4CCD" w:rsidRDefault="00000000">
            <w:pPr>
              <w:rPr>
                <w:sz w:val="18"/>
              </w:rPr>
            </w:pPr>
            <w:r>
              <w:rPr>
                <w:sz w:val="18"/>
              </w:rPr>
              <w:t>No cost</w:t>
            </w:r>
          </w:p>
          <w:p w14:paraId="67014E58" w14:textId="77777777" w:rsidR="001D4DFA" w:rsidRDefault="001D4DFA">
            <w:pPr>
              <w:rPr>
                <w:sz w:val="18"/>
              </w:rPr>
            </w:pPr>
          </w:p>
          <w:p w14:paraId="34FD6CE6" w14:textId="77777777" w:rsidR="001D4DFA" w:rsidRDefault="001D4DFA">
            <w:pPr>
              <w:rPr>
                <w:sz w:val="18"/>
              </w:rPr>
            </w:pPr>
          </w:p>
          <w:p w14:paraId="493BEB09" w14:textId="77777777" w:rsidR="001D4DFA" w:rsidRDefault="001D4DFA">
            <w:pPr>
              <w:rPr>
                <w:sz w:val="18"/>
              </w:rPr>
            </w:pPr>
          </w:p>
          <w:p w14:paraId="2DEFCC75" w14:textId="77777777" w:rsidR="001D4DFA" w:rsidRDefault="001D4DFA">
            <w:pPr>
              <w:rPr>
                <w:sz w:val="18"/>
              </w:rPr>
            </w:pPr>
          </w:p>
          <w:p w14:paraId="46310C0A" w14:textId="77777777" w:rsidR="001D4DFA" w:rsidRDefault="001D4DFA">
            <w:pPr>
              <w:rPr>
                <w:sz w:val="18"/>
              </w:rPr>
            </w:pPr>
          </w:p>
          <w:p w14:paraId="54D8CC6D" w14:textId="77777777" w:rsidR="001D4DFA" w:rsidRDefault="001D4DFA">
            <w:pPr>
              <w:rPr>
                <w:sz w:val="18"/>
              </w:rPr>
            </w:pPr>
          </w:p>
          <w:p w14:paraId="291BA9A8" w14:textId="77777777" w:rsidR="001D4DFA" w:rsidRDefault="001D4DFA">
            <w:pPr>
              <w:rPr>
                <w:sz w:val="18"/>
              </w:rPr>
            </w:pPr>
          </w:p>
          <w:p w14:paraId="63A1BB3D" w14:textId="77777777" w:rsidR="001D4DFA" w:rsidRDefault="001D4DFA">
            <w:pPr>
              <w:rPr>
                <w:sz w:val="18"/>
              </w:rPr>
            </w:pPr>
          </w:p>
          <w:p w14:paraId="7906836D" w14:textId="77777777" w:rsidR="001D4DFA" w:rsidRDefault="001D4DFA"/>
          <w:p w14:paraId="0DA47647" w14:textId="77777777" w:rsidR="001D4DFA" w:rsidRDefault="001D4DFA"/>
        </w:tc>
        <w:tc>
          <w:tcPr>
            <w:tcW w:w="2045" w:type="dxa"/>
            <w:vAlign w:val="center"/>
          </w:tcPr>
          <w:p w14:paraId="2DCB92C5" w14:textId="7BB4510C" w:rsidR="00AE4CCD" w:rsidRDefault="00000000">
            <w:pPr>
              <w:rPr>
                <w:sz w:val="18"/>
              </w:rPr>
            </w:pPr>
            <w:r>
              <w:rPr>
                <w:sz w:val="18"/>
              </w:rPr>
              <w:t xml:space="preserve">Parent support </w:t>
            </w:r>
            <w:r w:rsidR="001D4DFA">
              <w:rPr>
                <w:sz w:val="18"/>
              </w:rPr>
              <w:t>is needed</w:t>
            </w:r>
            <w:r>
              <w:rPr>
                <w:sz w:val="18"/>
              </w:rPr>
              <w:t xml:space="preserve"> for </w:t>
            </w:r>
            <w:r w:rsidR="001D4DFA">
              <w:rPr>
                <w:sz w:val="18"/>
              </w:rPr>
              <w:t xml:space="preserve">getting children there and supporting groups. </w:t>
            </w:r>
            <w:r w:rsidR="0088495E">
              <w:rPr>
                <w:sz w:val="18"/>
              </w:rPr>
              <w:t>X</w:t>
            </w:r>
            <w:r w:rsidR="001D4DFA">
              <w:rPr>
                <w:sz w:val="18"/>
              </w:rPr>
              <w:t xml:space="preserve">3 parent helpers </w:t>
            </w:r>
            <w:r w:rsidR="0088495E">
              <w:rPr>
                <w:sz w:val="18"/>
              </w:rPr>
              <w:t>support</w:t>
            </w:r>
            <w:r w:rsidR="001D4DFA">
              <w:rPr>
                <w:sz w:val="18"/>
              </w:rPr>
              <w:t xml:space="preserve"> groups on trip.</w:t>
            </w:r>
          </w:p>
          <w:p w14:paraId="5175D7B2" w14:textId="77777777" w:rsidR="001658C3" w:rsidRDefault="001658C3">
            <w:pPr>
              <w:rPr>
                <w:sz w:val="18"/>
              </w:rPr>
            </w:pPr>
          </w:p>
          <w:p w14:paraId="5B200806" w14:textId="77777777" w:rsidR="001D4DFA" w:rsidRDefault="001D4DFA">
            <w:pPr>
              <w:rPr>
                <w:sz w:val="18"/>
              </w:rPr>
            </w:pPr>
          </w:p>
          <w:p w14:paraId="1CA68A3A" w14:textId="77777777" w:rsidR="001D4DFA" w:rsidRDefault="001D4DFA">
            <w:pPr>
              <w:rPr>
                <w:sz w:val="18"/>
              </w:rPr>
            </w:pPr>
          </w:p>
          <w:p w14:paraId="0746BBD4" w14:textId="77777777" w:rsidR="001D4DFA" w:rsidRDefault="001D4DFA">
            <w:pPr>
              <w:rPr>
                <w:sz w:val="18"/>
              </w:rPr>
            </w:pPr>
          </w:p>
          <w:p w14:paraId="795A3CC2" w14:textId="18C83D7B" w:rsidR="001D4DFA" w:rsidRDefault="001D4DFA"/>
        </w:tc>
      </w:tr>
      <w:tr w:rsidR="001D4DFA" w14:paraId="7F8470E8" w14:textId="77777777" w:rsidTr="001D4DFA">
        <w:trPr>
          <w:trHeight w:val="1566"/>
          <w:jc w:val="center"/>
        </w:trPr>
        <w:tc>
          <w:tcPr>
            <w:tcW w:w="2045" w:type="dxa"/>
            <w:vAlign w:val="center"/>
          </w:tcPr>
          <w:p w14:paraId="577CF842" w14:textId="18955A38" w:rsidR="001D4DFA" w:rsidRDefault="001D4DFA" w:rsidP="001D4D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Halloween trail at Mount Vineyard Shoreham</w:t>
            </w:r>
            <w:r w:rsidR="00EF06F6">
              <w:rPr>
                <w:sz w:val="18"/>
                <w:szCs w:val="18"/>
              </w:rPr>
              <w:t xml:space="preserve"> to celebrate Halloween.</w:t>
            </w:r>
          </w:p>
          <w:p w14:paraId="08D68952" w14:textId="77777777" w:rsidR="001D4DFA" w:rsidRDefault="001D4DFA" w:rsidP="001D4DFA">
            <w:pPr>
              <w:rPr>
                <w:sz w:val="18"/>
                <w:szCs w:val="18"/>
              </w:rPr>
            </w:pPr>
          </w:p>
          <w:p w14:paraId="038DB78E" w14:textId="4C9B9CAD" w:rsidR="001D4DFA" w:rsidRDefault="001D4DFA" w:rsidP="001D4DFA">
            <w:pPr>
              <w:rPr>
                <w:sz w:val="18"/>
                <w:szCs w:val="18"/>
              </w:rPr>
            </w:pPr>
            <w:r w:rsidRPr="001D4DFA">
              <w:rPr>
                <w:sz w:val="18"/>
                <w:szCs w:val="18"/>
              </w:rPr>
              <w:t>The Mount, Church St, Shoreham, Sevenoaks TN14 7SD</w:t>
            </w:r>
          </w:p>
          <w:p w14:paraId="2E247C51" w14:textId="77777777" w:rsidR="0088495E" w:rsidRDefault="0088495E" w:rsidP="001D4DFA">
            <w:pPr>
              <w:rPr>
                <w:sz w:val="18"/>
                <w:szCs w:val="18"/>
              </w:rPr>
            </w:pPr>
          </w:p>
          <w:p w14:paraId="56E487A2" w14:textId="77777777" w:rsidR="0088495E" w:rsidRDefault="0088495E" w:rsidP="001D4DFA">
            <w:pPr>
              <w:rPr>
                <w:sz w:val="18"/>
                <w:szCs w:val="18"/>
              </w:rPr>
            </w:pPr>
          </w:p>
          <w:p w14:paraId="25A7E986" w14:textId="77777777" w:rsidR="0088495E" w:rsidRDefault="0088495E" w:rsidP="001D4DFA">
            <w:pPr>
              <w:rPr>
                <w:sz w:val="18"/>
                <w:szCs w:val="18"/>
              </w:rPr>
            </w:pPr>
          </w:p>
          <w:p w14:paraId="3737F325" w14:textId="77777777" w:rsidR="0088495E" w:rsidRDefault="0088495E" w:rsidP="001D4DFA">
            <w:pPr>
              <w:rPr>
                <w:sz w:val="18"/>
                <w:szCs w:val="18"/>
              </w:rPr>
            </w:pPr>
          </w:p>
          <w:p w14:paraId="0B9AF3A3" w14:textId="77777777" w:rsidR="001D4DFA" w:rsidRDefault="001D4DFA" w:rsidP="001D4DFA">
            <w:pPr>
              <w:rPr>
                <w:sz w:val="18"/>
                <w:szCs w:val="18"/>
              </w:rPr>
            </w:pPr>
          </w:p>
          <w:p w14:paraId="4E5D487A" w14:textId="77777777" w:rsidR="001D4DFA" w:rsidRDefault="001D4DFA" w:rsidP="001D4DFA">
            <w:pPr>
              <w:rPr>
                <w:sz w:val="18"/>
                <w:szCs w:val="18"/>
              </w:rPr>
            </w:pPr>
          </w:p>
          <w:p w14:paraId="330A4A9A" w14:textId="77777777" w:rsidR="001D4DFA" w:rsidRDefault="001D4DFA" w:rsidP="001D4DFA">
            <w:pPr>
              <w:rPr>
                <w:sz w:val="18"/>
                <w:szCs w:val="18"/>
              </w:rPr>
            </w:pPr>
          </w:p>
          <w:p w14:paraId="2A9B4C0B" w14:textId="77777777" w:rsidR="001D4DFA" w:rsidRDefault="001D4DFA" w:rsidP="001D4DFA">
            <w:pPr>
              <w:rPr>
                <w:sz w:val="18"/>
                <w:szCs w:val="18"/>
              </w:rPr>
            </w:pPr>
          </w:p>
          <w:p w14:paraId="0B5BF231" w14:textId="4002C1AA" w:rsidR="001D4DFA" w:rsidRPr="001D4DFA" w:rsidRDefault="001D4DFA" w:rsidP="001D4DFA">
            <w:pPr>
              <w:rPr>
                <w:sz w:val="18"/>
                <w:szCs w:val="18"/>
              </w:rPr>
            </w:pPr>
          </w:p>
        </w:tc>
        <w:tc>
          <w:tcPr>
            <w:tcW w:w="2045" w:type="dxa"/>
            <w:vAlign w:val="center"/>
          </w:tcPr>
          <w:p w14:paraId="14C38CFF" w14:textId="154F2903" w:rsidR="0088495E" w:rsidRDefault="008273E1" w:rsidP="001D4DFA">
            <w:pPr>
              <w:rPr>
                <w:sz w:val="18"/>
              </w:rPr>
            </w:pPr>
            <w:r>
              <w:rPr>
                <w:sz w:val="18"/>
              </w:rPr>
              <w:t>Possible b</w:t>
            </w:r>
            <w:r w:rsidR="00A674D0">
              <w:rPr>
                <w:sz w:val="18"/>
              </w:rPr>
              <w:t>ooked date: Wednesday 21</w:t>
            </w:r>
            <w:r w:rsidR="00A674D0" w:rsidRPr="00A674D0">
              <w:rPr>
                <w:sz w:val="18"/>
                <w:vertAlign w:val="superscript"/>
              </w:rPr>
              <w:t>st</w:t>
            </w:r>
            <w:r w:rsidR="00A674D0">
              <w:rPr>
                <w:sz w:val="18"/>
              </w:rPr>
              <w:t xml:space="preserve"> October </w:t>
            </w:r>
          </w:p>
          <w:p w14:paraId="2F448943" w14:textId="77777777" w:rsidR="0088495E" w:rsidRDefault="0088495E" w:rsidP="001D4DFA">
            <w:pPr>
              <w:rPr>
                <w:sz w:val="18"/>
              </w:rPr>
            </w:pPr>
          </w:p>
          <w:p w14:paraId="45287BC5" w14:textId="77777777" w:rsidR="0088495E" w:rsidRDefault="0088495E" w:rsidP="001D4DFA">
            <w:pPr>
              <w:rPr>
                <w:sz w:val="18"/>
              </w:rPr>
            </w:pPr>
          </w:p>
          <w:p w14:paraId="39FE68C3" w14:textId="77777777" w:rsidR="0088495E" w:rsidRDefault="0088495E" w:rsidP="001D4DFA">
            <w:pPr>
              <w:rPr>
                <w:sz w:val="18"/>
              </w:rPr>
            </w:pPr>
          </w:p>
          <w:p w14:paraId="2A7DE413" w14:textId="77777777" w:rsidR="0088495E" w:rsidRDefault="0088495E" w:rsidP="001D4DFA">
            <w:pPr>
              <w:rPr>
                <w:sz w:val="18"/>
              </w:rPr>
            </w:pPr>
          </w:p>
          <w:p w14:paraId="41C80C30" w14:textId="77777777" w:rsidR="001D4DFA" w:rsidRDefault="001D4DFA" w:rsidP="001D4DFA">
            <w:pPr>
              <w:rPr>
                <w:sz w:val="18"/>
              </w:rPr>
            </w:pPr>
          </w:p>
          <w:p w14:paraId="3592E49B" w14:textId="77777777" w:rsidR="001D4DFA" w:rsidRDefault="001D4DFA" w:rsidP="001D4DFA">
            <w:pPr>
              <w:rPr>
                <w:sz w:val="18"/>
              </w:rPr>
            </w:pPr>
          </w:p>
          <w:p w14:paraId="6D81B17F" w14:textId="77777777" w:rsidR="001D4DFA" w:rsidRDefault="001D4DFA" w:rsidP="001D4DFA">
            <w:pPr>
              <w:rPr>
                <w:sz w:val="18"/>
              </w:rPr>
            </w:pPr>
          </w:p>
          <w:p w14:paraId="7DF558CD" w14:textId="77777777" w:rsidR="001D4DFA" w:rsidRDefault="001D4DFA" w:rsidP="001D4DFA">
            <w:pPr>
              <w:rPr>
                <w:sz w:val="18"/>
              </w:rPr>
            </w:pPr>
          </w:p>
          <w:p w14:paraId="1E5167AB" w14:textId="77777777" w:rsidR="001D4DFA" w:rsidRDefault="001D4DFA" w:rsidP="001D4DFA">
            <w:pPr>
              <w:rPr>
                <w:sz w:val="18"/>
              </w:rPr>
            </w:pPr>
          </w:p>
          <w:p w14:paraId="68C6E035" w14:textId="77777777" w:rsidR="001D4DFA" w:rsidRDefault="001D4DFA" w:rsidP="001D4DFA">
            <w:pPr>
              <w:rPr>
                <w:sz w:val="18"/>
              </w:rPr>
            </w:pPr>
          </w:p>
          <w:p w14:paraId="61670802" w14:textId="6E209E37" w:rsidR="001D4DFA" w:rsidRDefault="001D4DFA" w:rsidP="001D4DFA">
            <w:pPr>
              <w:rPr>
                <w:sz w:val="18"/>
              </w:rPr>
            </w:pPr>
          </w:p>
        </w:tc>
        <w:tc>
          <w:tcPr>
            <w:tcW w:w="2045" w:type="dxa"/>
            <w:vAlign w:val="center"/>
          </w:tcPr>
          <w:p w14:paraId="25D05BBC" w14:textId="063413F6" w:rsidR="001D4DFA" w:rsidRDefault="008273E1" w:rsidP="001D4DFA">
            <w:pPr>
              <w:rPr>
                <w:sz w:val="18"/>
                <w:szCs w:val="18"/>
              </w:rPr>
            </w:pPr>
            <w:r>
              <w:rPr>
                <w:sz w:val="18"/>
              </w:rPr>
              <w:t>1:30pm-2.30pm</w:t>
            </w:r>
          </w:p>
          <w:p w14:paraId="740C0647" w14:textId="77777777" w:rsidR="001D4DFA" w:rsidRDefault="001D4DFA" w:rsidP="001D4DFA">
            <w:pPr>
              <w:rPr>
                <w:sz w:val="18"/>
                <w:szCs w:val="18"/>
              </w:rPr>
            </w:pPr>
          </w:p>
          <w:p w14:paraId="6C69DA5A" w14:textId="77777777" w:rsidR="001D4DFA" w:rsidRDefault="001D4DFA" w:rsidP="001D4DFA">
            <w:pPr>
              <w:rPr>
                <w:sz w:val="18"/>
                <w:szCs w:val="18"/>
              </w:rPr>
            </w:pPr>
          </w:p>
          <w:p w14:paraId="488A55D3" w14:textId="77777777" w:rsidR="001D4DFA" w:rsidRDefault="001D4DFA" w:rsidP="001D4DFA">
            <w:pPr>
              <w:rPr>
                <w:sz w:val="18"/>
                <w:szCs w:val="18"/>
              </w:rPr>
            </w:pPr>
          </w:p>
          <w:p w14:paraId="5D5FE4EE" w14:textId="77777777" w:rsidR="001D4DFA" w:rsidRDefault="001D4DFA" w:rsidP="001D4DFA">
            <w:pPr>
              <w:rPr>
                <w:sz w:val="18"/>
                <w:szCs w:val="18"/>
              </w:rPr>
            </w:pPr>
          </w:p>
          <w:p w14:paraId="6655FA7F" w14:textId="77777777" w:rsidR="001D4DFA" w:rsidRDefault="001D4DFA" w:rsidP="001D4DFA">
            <w:pPr>
              <w:rPr>
                <w:sz w:val="18"/>
                <w:szCs w:val="18"/>
              </w:rPr>
            </w:pPr>
          </w:p>
          <w:p w14:paraId="43DDB47F" w14:textId="77777777" w:rsidR="001D4DFA" w:rsidRDefault="001D4DFA" w:rsidP="001D4DFA">
            <w:pPr>
              <w:rPr>
                <w:sz w:val="18"/>
                <w:szCs w:val="18"/>
              </w:rPr>
            </w:pPr>
          </w:p>
          <w:p w14:paraId="0E2B825C" w14:textId="77777777" w:rsidR="001D4DFA" w:rsidRDefault="001D4DFA" w:rsidP="001D4DFA">
            <w:pPr>
              <w:rPr>
                <w:sz w:val="18"/>
                <w:szCs w:val="18"/>
              </w:rPr>
            </w:pPr>
          </w:p>
          <w:p w14:paraId="22366640" w14:textId="77777777" w:rsidR="001D4DFA" w:rsidRDefault="001D4DFA" w:rsidP="001D4DFA">
            <w:pPr>
              <w:rPr>
                <w:sz w:val="18"/>
                <w:szCs w:val="18"/>
              </w:rPr>
            </w:pPr>
          </w:p>
          <w:p w14:paraId="64AE61CC" w14:textId="77777777" w:rsidR="001D4DFA" w:rsidRDefault="001D4DFA" w:rsidP="001D4DFA">
            <w:pPr>
              <w:rPr>
                <w:sz w:val="18"/>
                <w:szCs w:val="18"/>
              </w:rPr>
            </w:pPr>
          </w:p>
          <w:p w14:paraId="48AB1622" w14:textId="49B44739" w:rsidR="001D4DFA" w:rsidRPr="001D4DFA" w:rsidRDefault="001D4DFA" w:rsidP="001D4DFA">
            <w:pPr>
              <w:rPr>
                <w:sz w:val="18"/>
                <w:szCs w:val="18"/>
              </w:rPr>
            </w:pPr>
          </w:p>
        </w:tc>
        <w:tc>
          <w:tcPr>
            <w:tcW w:w="2045" w:type="dxa"/>
            <w:vAlign w:val="center"/>
          </w:tcPr>
          <w:p w14:paraId="627B9343" w14:textId="77777777" w:rsidR="001D4DFA" w:rsidRDefault="001D4DFA" w:rsidP="001D4DFA">
            <w:pPr>
              <w:rPr>
                <w:sz w:val="18"/>
              </w:rPr>
            </w:pPr>
            <w:r>
              <w:rPr>
                <w:sz w:val="18"/>
              </w:rPr>
              <w:t>No cost</w:t>
            </w:r>
          </w:p>
          <w:p w14:paraId="22979224" w14:textId="77777777" w:rsidR="0088495E" w:rsidRDefault="0088495E" w:rsidP="001D4DFA">
            <w:pPr>
              <w:rPr>
                <w:sz w:val="18"/>
              </w:rPr>
            </w:pPr>
          </w:p>
          <w:p w14:paraId="1F9761AC" w14:textId="77777777" w:rsidR="0088495E" w:rsidRDefault="0088495E" w:rsidP="001D4DFA">
            <w:pPr>
              <w:rPr>
                <w:sz w:val="18"/>
              </w:rPr>
            </w:pPr>
          </w:p>
          <w:p w14:paraId="1FC773F4" w14:textId="77777777" w:rsidR="0088495E" w:rsidRDefault="0088495E" w:rsidP="001D4DFA">
            <w:pPr>
              <w:rPr>
                <w:sz w:val="18"/>
              </w:rPr>
            </w:pPr>
          </w:p>
          <w:p w14:paraId="4D69C5BE" w14:textId="77777777" w:rsidR="0088495E" w:rsidRDefault="0088495E" w:rsidP="001D4DFA">
            <w:pPr>
              <w:rPr>
                <w:sz w:val="18"/>
              </w:rPr>
            </w:pPr>
          </w:p>
          <w:p w14:paraId="12054483" w14:textId="77777777" w:rsidR="001D4DFA" w:rsidRDefault="001D4DFA" w:rsidP="001D4DFA">
            <w:pPr>
              <w:rPr>
                <w:sz w:val="18"/>
              </w:rPr>
            </w:pPr>
          </w:p>
          <w:p w14:paraId="097D4EEF" w14:textId="77777777" w:rsidR="001D4DFA" w:rsidRDefault="001D4DFA" w:rsidP="001D4DFA">
            <w:pPr>
              <w:rPr>
                <w:sz w:val="18"/>
              </w:rPr>
            </w:pPr>
          </w:p>
          <w:p w14:paraId="59D7F028" w14:textId="77777777" w:rsidR="001D4DFA" w:rsidRDefault="001D4DFA" w:rsidP="001D4DFA">
            <w:pPr>
              <w:rPr>
                <w:sz w:val="18"/>
              </w:rPr>
            </w:pPr>
          </w:p>
          <w:p w14:paraId="46991556" w14:textId="77777777" w:rsidR="001D4DFA" w:rsidRDefault="001D4DFA" w:rsidP="001D4DFA">
            <w:pPr>
              <w:rPr>
                <w:sz w:val="18"/>
              </w:rPr>
            </w:pPr>
          </w:p>
          <w:p w14:paraId="486B4EDF" w14:textId="77777777" w:rsidR="001D4DFA" w:rsidRDefault="001D4DFA" w:rsidP="001D4DFA">
            <w:pPr>
              <w:rPr>
                <w:sz w:val="18"/>
              </w:rPr>
            </w:pPr>
          </w:p>
          <w:p w14:paraId="155C6348" w14:textId="77777777" w:rsidR="001D4DFA" w:rsidRDefault="001D4DFA" w:rsidP="001D4DFA">
            <w:pPr>
              <w:rPr>
                <w:sz w:val="18"/>
              </w:rPr>
            </w:pPr>
          </w:p>
          <w:p w14:paraId="46917FE3" w14:textId="77777777" w:rsidR="001D4DFA" w:rsidRDefault="001D4DFA" w:rsidP="001D4DFA">
            <w:pPr>
              <w:rPr>
                <w:sz w:val="18"/>
              </w:rPr>
            </w:pPr>
          </w:p>
          <w:p w14:paraId="4AEB0868" w14:textId="77777777" w:rsidR="001D4DFA" w:rsidRDefault="001D4DFA" w:rsidP="001D4DFA">
            <w:pPr>
              <w:rPr>
                <w:sz w:val="18"/>
              </w:rPr>
            </w:pPr>
          </w:p>
          <w:p w14:paraId="7CA93D54" w14:textId="77777777" w:rsidR="0088495E" w:rsidRDefault="0088495E" w:rsidP="001D4DFA">
            <w:pPr>
              <w:rPr>
                <w:sz w:val="18"/>
              </w:rPr>
            </w:pPr>
          </w:p>
          <w:p w14:paraId="123DAEA6" w14:textId="77777777" w:rsidR="0088495E" w:rsidRDefault="0088495E" w:rsidP="001D4DFA">
            <w:pPr>
              <w:rPr>
                <w:sz w:val="18"/>
              </w:rPr>
            </w:pPr>
          </w:p>
          <w:p w14:paraId="667CF549" w14:textId="49F45C5C" w:rsidR="0088495E" w:rsidRDefault="0088495E" w:rsidP="001D4DFA">
            <w:pPr>
              <w:rPr>
                <w:sz w:val="18"/>
              </w:rPr>
            </w:pPr>
          </w:p>
        </w:tc>
        <w:tc>
          <w:tcPr>
            <w:tcW w:w="2045" w:type="dxa"/>
            <w:vAlign w:val="center"/>
          </w:tcPr>
          <w:p w14:paraId="0EE8468F" w14:textId="7E403AFE" w:rsidR="001D4DFA" w:rsidRDefault="001D4DFA">
            <w:pPr>
              <w:rPr>
                <w:sz w:val="18"/>
              </w:rPr>
            </w:pPr>
            <w:r>
              <w:rPr>
                <w:sz w:val="18"/>
              </w:rPr>
              <w:t xml:space="preserve">Parent support is needed for getting children there and supporting groups. </w:t>
            </w:r>
            <w:r w:rsidR="0088495E">
              <w:rPr>
                <w:sz w:val="18"/>
              </w:rPr>
              <w:t>X</w:t>
            </w:r>
            <w:r>
              <w:rPr>
                <w:sz w:val="18"/>
              </w:rPr>
              <w:t xml:space="preserve">3 parent helpers </w:t>
            </w:r>
            <w:r w:rsidR="0088495E">
              <w:rPr>
                <w:sz w:val="18"/>
              </w:rPr>
              <w:t>support</w:t>
            </w:r>
            <w:r>
              <w:rPr>
                <w:sz w:val="18"/>
              </w:rPr>
              <w:t xml:space="preserve"> groups on trip.</w:t>
            </w:r>
          </w:p>
          <w:p w14:paraId="04DAB659" w14:textId="77777777" w:rsidR="001658C3" w:rsidRDefault="001658C3">
            <w:pPr>
              <w:rPr>
                <w:sz w:val="18"/>
              </w:rPr>
            </w:pPr>
          </w:p>
          <w:p w14:paraId="73D6B298" w14:textId="77777777" w:rsidR="0088495E" w:rsidRDefault="0088495E">
            <w:pPr>
              <w:rPr>
                <w:sz w:val="18"/>
              </w:rPr>
            </w:pPr>
          </w:p>
          <w:p w14:paraId="07A824BF" w14:textId="77777777" w:rsidR="0088495E" w:rsidRDefault="0088495E">
            <w:pPr>
              <w:rPr>
                <w:sz w:val="18"/>
              </w:rPr>
            </w:pPr>
          </w:p>
          <w:p w14:paraId="1D6518EA" w14:textId="77777777" w:rsidR="0088495E" w:rsidRDefault="0088495E">
            <w:pPr>
              <w:rPr>
                <w:sz w:val="18"/>
              </w:rPr>
            </w:pPr>
          </w:p>
          <w:p w14:paraId="62EDACF4" w14:textId="77777777" w:rsidR="0088495E" w:rsidRDefault="0088495E">
            <w:pPr>
              <w:rPr>
                <w:sz w:val="18"/>
              </w:rPr>
            </w:pPr>
          </w:p>
          <w:p w14:paraId="09361D4A" w14:textId="77777777" w:rsidR="001D4DFA" w:rsidRDefault="001D4DFA">
            <w:pPr>
              <w:rPr>
                <w:sz w:val="18"/>
              </w:rPr>
            </w:pPr>
          </w:p>
          <w:p w14:paraId="4D9AD6D8" w14:textId="77777777" w:rsidR="001D4DFA" w:rsidRDefault="001D4DFA">
            <w:pPr>
              <w:rPr>
                <w:sz w:val="18"/>
              </w:rPr>
            </w:pPr>
          </w:p>
          <w:p w14:paraId="175ADDE9" w14:textId="77777777" w:rsidR="001D4DFA" w:rsidRDefault="001D4DFA">
            <w:pPr>
              <w:rPr>
                <w:sz w:val="18"/>
              </w:rPr>
            </w:pPr>
          </w:p>
          <w:p w14:paraId="5E6BBE3D" w14:textId="77777777" w:rsidR="001D4DFA" w:rsidRPr="001D4DFA" w:rsidRDefault="001D4DFA">
            <w:pPr>
              <w:rPr>
                <w:sz w:val="18"/>
              </w:rPr>
            </w:pPr>
          </w:p>
          <w:p w14:paraId="62DAD0AD" w14:textId="77777777" w:rsidR="001D4DFA" w:rsidRDefault="001D4DFA" w:rsidP="001D4DFA">
            <w:pPr>
              <w:rPr>
                <w:sz w:val="18"/>
              </w:rPr>
            </w:pPr>
          </w:p>
        </w:tc>
      </w:tr>
    </w:tbl>
    <w:p w14:paraId="61F8AE44" w14:textId="77777777" w:rsidR="00AE4CCD" w:rsidRDefault="00AE4CCD">
      <w:pPr>
        <w:spacing w:after="40"/>
      </w:pPr>
    </w:p>
    <w:p w14:paraId="1C4241F8" w14:textId="77777777" w:rsidR="00AE4CCD" w:rsidRDefault="00000000">
      <w:r>
        <w:rPr>
          <w:b/>
          <w:sz w:val="28"/>
          <w:u w:val="single"/>
        </w:rPr>
        <w:t>Term 2</w:t>
      </w:r>
    </w:p>
    <w:p w14:paraId="34E983B6" w14:textId="48DF6760" w:rsidR="00AE4CCD" w:rsidRDefault="00000000">
      <w:r>
        <w:rPr>
          <w:b/>
        </w:rPr>
        <w:t xml:space="preserve">Term dates: </w:t>
      </w:r>
      <w:r w:rsidR="0088495E">
        <w:t>Monday 2</w:t>
      </w:r>
      <w:r w:rsidR="0088495E" w:rsidRPr="0088495E">
        <w:rPr>
          <w:vertAlign w:val="superscript"/>
        </w:rPr>
        <w:t>nd</w:t>
      </w:r>
      <w:r w:rsidR="0088495E">
        <w:t xml:space="preserve"> November – Friday 18</w:t>
      </w:r>
      <w:r w:rsidR="0088495E" w:rsidRPr="0088495E">
        <w:rPr>
          <w:vertAlign w:val="superscript"/>
        </w:rPr>
        <w:t>th</w:t>
      </w:r>
      <w:r w:rsidR="0088495E">
        <w:t xml:space="preserve"> December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045"/>
        <w:gridCol w:w="2045"/>
        <w:gridCol w:w="2045"/>
        <w:gridCol w:w="2045"/>
        <w:gridCol w:w="2045"/>
      </w:tblGrid>
      <w:tr w:rsidR="00AE4CCD" w14:paraId="3B40838D" w14:textId="77777777">
        <w:trPr>
          <w:jc w:val="center"/>
        </w:trPr>
        <w:tc>
          <w:tcPr>
            <w:tcW w:w="2045" w:type="dxa"/>
            <w:vAlign w:val="center"/>
          </w:tcPr>
          <w:p w14:paraId="7D6EB4EE" w14:textId="77777777" w:rsidR="00AE4CCD" w:rsidRDefault="00000000">
            <w:r>
              <w:rPr>
                <w:b/>
                <w:sz w:val="18"/>
              </w:rPr>
              <w:t>Trip / Visit</w:t>
            </w:r>
          </w:p>
        </w:tc>
        <w:tc>
          <w:tcPr>
            <w:tcW w:w="2045" w:type="dxa"/>
            <w:vAlign w:val="center"/>
          </w:tcPr>
          <w:p w14:paraId="1B200A2C" w14:textId="77777777" w:rsidR="00AE4CCD" w:rsidRDefault="00000000">
            <w:r>
              <w:rPr>
                <w:b/>
                <w:sz w:val="18"/>
              </w:rPr>
              <w:t>Possible booked date</w:t>
            </w:r>
          </w:p>
        </w:tc>
        <w:tc>
          <w:tcPr>
            <w:tcW w:w="2045" w:type="dxa"/>
            <w:vAlign w:val="center"/>
          </w:tcPr>
          <w:p w14:paraId="3732E944" w14:textId="77777777" w:rsidR="00AE4CCD" w:rsidRDefault="00000000">
            <w:r>
              <w:rPr>
                <w:b/>
                <w:sz w:val="18"/>
              </w:rPr>
              <w:t>Timings</w:t>
            </w:r>
          </w:p>
        </w:tc>
        <w:tc>
          <w:tcPr>
            <w:tcW w:w="2045" w:type="dxa"/>
            <w:vAlign w:val="center"/>
          </w:tcPr>
          <w:p w14:paraId="372BA0C8" w14:textId="77777777" w:rsidR="00AE4CCD" w:rsidRDefault="00000000">
            <w:r>
              <w:rPr>
                <w:b/>
                <w:sz w:val="18"/>
              </w:rPr>
              <w:t>Cost</w:t>
            </w:r>
          </w:p>
        </w:tc>
        <w:tc>
          <w:tcPr>
            <w:tcW w:w="2045" w:type="dxa"/>
            <w:vAlign w:val="center"/>
          </w:tcPr>
          <w:p w14:paraId="1FC3F2A6" w14:textId="77777777" w:rsidR="00AE4CCD" w:rsidRDefault="00000000">
            <w:r>
              <w:rPr>
                <w:b/>
                <w:sz w:val="18"/>
              </w:rPr>
              <w:t>Parent support</w:t>
            </w:r>
          </w:p>
        </w:tc>
      </w:tr>
      <w:tr w:rsidR="00AE4CCD" w14:paraId="19779CAC" w14:textId="77777777">
        <w:trPr>
          <w:jc w:val="center"/>
        </w:trPr>
        <w:tc>
          <w:tcPr>
            <w:tcW w:w="2045" w:type="dxa"/>
            <w:vAlign w:val="center"/>
          </w:tcPr>
          <w:p w14:paraId="6D24F3A2" w14:textId="2A8FE33E" w:rsidR="00AE4CCD" w:rsidRDefault="0088495E">
            <w:pPr>
              <w:rPr>
                <w:sz w:val="18"/>
                <w:szCs w:val="18"/>
              </w:rPr>
            </w:pPr>
            <w:r w:rsidRPr="0088495E">
              <w:rPr>
                <w:sz w:val="18"/>
                <w:szCs w:val="18"/>
              </w:rPr>
              <w:t>Wickes staff members visit school to talk about materials and their properties</w:t>
            </w:r>
            <w:r w:rsidR="001658C3">
              <w:rPr>
                <w:sz w:val="18"/>
                <w:szCs w:val="18"/>
              </w:rPr>
              <w:t xml:space="preserve"> to consolidate children’s learning about materials and their different properties.</w:t>
            </w:r>
          </w:p>
          <w:p w14:paraId="424931FA" w14:textId="77777777" w:rsidR="0088495E" w:rsidRDefault="0088495E">
            <w:pPr>
              <w:rPr>
                <w:sz w:val="18"/>
                <w:szCs w:val="18"/>
              </w:rPr>
            </w:pPr>
          </w:p>
          <w:p w14:paraId="3503895F" w14:textId="586C4733" w:rsidR="0088495E" w:rsidRDefault="0088495E"/>
        </w:tc>
        <w:tc>
          <w:tcPr>
            <w:tcW w:w="2045" w:type="dxa"/>
            <w:vAlign w:val="center"/>
          </w:tcPr>
          <w:p w14:paraId="3AC7A0C8" w14:textId="77777777" w:rsidR="00227D0C" w:rsidRDefault="00000000">
            <w:pPr>
              <w:rPr>
                <w:sz w:val="18"/>
              </w:rPr>
            </w:pPr>
            <w:r>
              <w:rPr>
                <w:sz w:val="18"/>
              </w:rPr>
              <w:t xml:space="preserve">Possible booked date: </w:t>
            </w:r>
          </w:p>
          <w:p w14:paraId="573C1025" w14:textId="2D308E16" w:rsidR="00AE4CCD" w:rsidRDefault="0088495E">
            <w:pPr>
              <w:rPr>
                <w:sz w:val="18"/>
              </w:rPr>
            </w:pPr>
            <w:r>
              <w:rPr>
                <w:sz w:val="18"/>
              </w:rPr>
              <w:t>Awaiting hearing back from company.</w:t>
            </w:r>
          </w:p>
          <w:p w14:paraId="3E55ED39" w14:textId="77777777" w:rsidR="001658C3" w:rsidRDefault="001658C3">
            <w:pPr>
              <w:rPr>
                <w:sz w:val="18"/>
              </w:rPr>
            </w:pPr>
          </w:p>
          <w:p w14:paraId="54EFA15B" w14:textId="77777777" w:rsidR="001658C3" w:rsidRDefault="001658C3">
            <w:pPr>
              <w:rPr>
                <w:sz w:val="18"/>
              </w:rPr>
            </w:pPr>
          </w:p>
          <w:p w14:paraId="1C8BFA6F" w14:textId="77777777" w:rsidR="001658C3" w:rsidRDefault="001658C3">
            <w:pPr>
              <w:rPr>
                <w:sz w:val="18"/>
              </w:rPr>
            </w:pPr>
          </w:p>
          <w:p w14:paraId="17830E4B" w14:textId="77777777" w:rsidR="001658C3" w:rsidRDefault="001658C3">
            <w:pPr>
              <w:rPr>
                <w:sz w:val="18"/>
              </w:rPr>
            </w:pPr>
          </w:p>
          <w:p w14:paraId="360137EE" w14:textId="77777777" w:rsidR="0088495E" w:rsidRDefault="0088495E">
            <w:pPr>
              <w:rPr>
                <w:sz w:val="18"/>
              </w:rPr>
            </w:pPr>
          </w:p>
          <w:p w14:paraId="72CB10AB" w14:textId="77777777" w:rsidR="0088495E" w:rsidRDefault="0088495E">
            <w:pPr>
              <w:rPr>
                <w:sz w:val="18"/>
              </w:rPr>
            </w:pPr>
          </w:p>
          <w:p w14:paraId="63B9D07C" w14:textId="47C73F9E" w:rsidR="0088495E" w:rsidRPr="0088495E" w:rsidRDefault="0088495E">
            <w:pPr>
              <w:rPr>
                <w:sz w:val="18"/>
              </w:rPr>
            </w:pPr>
          </w:p>
        </w:tc>
        <w:tc>
          <w:tcPr>
            <w:tcW w:w="2045" w:type="dxa"/>
            <w:vAlign w:val="center"/>
          </w:tcPr>
          <w:p w14:paraId="390B0140" w14:textId="048662A8" w:rsidR="0088495E" w:rsidRDefault="0088495E" w:rsidP="0088495E">
            <w:pPr>
              <w:rPr>
                <w:sz w:val="18"/>
              </w:rPr>
            </w:pPr>
            <w:r>
              <w:rPr>
                <w:sz w:val="18"/>
              </w:rPr>
              <w:t>Possible booked date: Awaiting hearing back from company.</w:t>
            </w:r>
          </w:p>
          <w:p w14:paraId="2B68C55A" w14:textId="77777777" w:rsidR="001658C3" w:rsidRDefault="001658C3" w:rsidP="0088495E">
            <w:pPr>
              <w:rPr>
                <w:sz w:val="18"/>
              </w:rPr>
            </w:pPr>
          </w:p>
          <w:p w14:paraId="44D433D5" w14:textId="77777777" w:rsidR="001658C3" w:rsidRDefault="001658C3" w:rsidP="0088495E">
            <w:pPr>
              <w:rPr>
                <w:sz w:val="18"/>
              </w:rPr>
            </w:pPr>
          </w:p>
          <w:p w14:paraId="5F8C6104" w14:textId="77777777" w:rsidR="001658C3" w:rsidRDefault="001658C3" w:rsidP="0088495E">
            <w:pPr>
              <w:rPr>
                <w:sz w:val="18"/>
              </w:rPr>
            </w:pPr>
          </w:p>
          <w:p w14:paraId="7877212B" w14:textId="77777777" w:rsidR="001658C3" w:rsidRDefault="001658C3" w:rsidP="0088495E">
            <w:pPr>
              <w:rPr>
                <w:sz w:val="18"/>
              </w:rPr>
            </w:pPr>
          </w:p>
          <w:p w14:paraId="3CBE256B" w14:textId="77777777" w:rsidR="0088495E" w:rsidRDefault="0088495E"/>
          <w:p w14:paraId="6A5E4F57" w14:textId="77777777" w:rsidR="0088495E" w:rsidRDefault="0088495E"/>
          <w:p w14:paraId="6A80101E" w14:textId="77777777" w:rsidR="0088495E" w:rsidRDefault="0088495E"/>
        </w:tc>
        <w:tc>
          <w:tcPr>
            <w:tcW w:w="2045" w:type="dxa"/>
            <w:vAlign w:val="center"/>
          </w:tcPr>
          <w:p w14:paraId="7AD429D1" w14:textId="77777777" w:rsidR="00AE4CCD" w:rsidRDefault="00000000">
            <w:pPr>
              <w:rPr>
                <w:sz w:val="18"/>
              </w:rPr>
            </w:pPr>
            <w:r>
              <w:rPr>
                <w:sz w:val="18"/>
              </w:rPr>
              <w:t>No cost</w:t>
            </w:r>
          </w:p>
          <w:p w14:paraId="7D8653C6" w14:textId="77777777" w:rsidR="001658C3" w:rsidRDefault="001658C3">
            <w:pPr>
              <w:rPr>
                <w:sz w:val="18"/>
              </w:rPr>
            </w:pPr>
          </w:p>
          <w:p w14:paraId="7420C4F5" w14:textId="77777777" w:rsidR="001658C3" w:rsidRDefault="001658C3">
            <w:pPr>
              <w:rPr>
                <w:sz w:val="18"/>
              </w:rPr>
            </w:pPr>
          </w:p>
          <w:p w14:paraId="7682D02B" w14:textId="77777777" w:rsidR="001658C3" w:rsidRDefault="001658C3">
            <w:pPr>
              <w:rPr>
                <w:sz w:val="18"/>
              </w:rPr>
            </w:pPr>
          </w:p>
          <w:p w14:paraId="24A0E978" w14:textId="77777777" w:rsidR="001658C3" w:rsidRDefault="001658C3">
            <w:pPr>
              <w:rPr>
                <w:sz w:val="18"/>
              </w:rPr>
            </w:pPr>
          </w:p>
          <w:p w14:paraId="35314131" w14:textId="77777777" w:rsidR="0088495E" w:rsidRDefault="0088495E"/>
          <w:p w14:paraId="0E84711C" w14:textId="77777777" w:rsidR="0088495E" w:rsidRDefault="0088495E"/>
          <w:p w14:paraId="6F827288" w14:textId="77777777" w:rsidR="0088495E" w:rsidRDefault="0088495E"/>
          <w:p w14:paraId="4DF73E64" w14:textId="77777777" w:rsidR="0088495E" w:rsidRDefault="0088495E"/>
        </w:tc>
        <w:tc>
          <w:tcPr>
            <w:tcW w:w="2045" w:type="dxa"/>
            <w:vAlign w:val="center"/>
          </w:tcPr>
          <w:p w14:paraId="7DFE8C59" w14:textId="77777777" w:rsidR="00AE4CCD" w:rsidRDefault="0088495E">
            <w:pPr>
              <w:rPr>
                <w:sz w:val="18"/>
                <w:szCs w:val="18"/>
              </w:rPr>
            </w:pPr>
            <w:r w:rsidRPr="0088495E">
              <w:rPr>
                <w:sz w:val="18"/>
                <w:szCs w:val="18"/>
              </w:rPr>
              <w:t>N/A</w:t>
            </w:r>
          </w:p>
          <w:p w14:paraId="68AAA6C9" w14:textId="77777777" w:rsidR="001658C3" w:rsidRDefault="001658C3">
            <w:pPr>
              <w:rPr>
                <w:sz w:val="18"/>
                <w:szCs w:val="18"/>
              </w:rPr>
            </w:pPr>
          </w:p>
          <w:p w14:paraId="63C7622E" w14:textId="77777777" w:rsidR="001658C3" w:rsidRDefault="001658C3">
            <w:pPr>
              <w:rPr>
                <w:sz w:val="18"/>
                <w:szCs w:val="18"/>
              </w:rPr>
            </w:pPr>
          </w:p>
          <w:p w14:paraId="0BFFC184" w14:textId="77777777" w:rsidR="001658C3" w:rsidRDefault="001658C3">
            <w:pPr>
              <w:rPr>
                <w:sz w:val="18"/>
                <w:szCs w:val="18"/>
              </w:rPr>
            </w:pPr>
          </w:p>
          <w:p w14:paraId="02441EFC" w14:textId="77777777" w:rsidR="001658C3" w:rsidRDefault="001658C3">
            <w:pPr>
              <w:rPr>
                <w:sz w:val="18"/>
                <w:szCs w:val="18"/>
              </w:rPr>
            </w:pPr>
          </w:p>
          <w:p w14:paraId="59B3FBC7" w14:textId="77777777" w:rsidR="00EF06F6" w:rsidRDefault="00EF06F6">
            <w:pPr>
              <w:rPr>
                <w:sz w:val="18"/>
                <w:szCs w:val="18"/>
              </w:rPr>
            </w:pPr>
          </w:p>
          <w:p w14:paraId="289D9B50" w14:textId="77777777" w:rsidR="0088495E" w:rsidRDefault="0088495E">
            <w:pPr>
              <w:rPr>
                <w:szCs w:val="18"/>
              </w:rPr>
            </w:pPr>
          </w:p>
          <w:p w14:paraId="06C804DD" w14:textId="77777777" w:rsidR="0088495E" w:rsidRDefault="0088495E">
            <w:pPr>
              <w:rPr>
                <w:szCs w:val="18"/>
              </w:rPr>
            </w:pPr>
          </w:p>
          <w:p w14:paraId="3F251A6C" w14:textId="77777777" w:rsidR="0088495E" w:rsidRDefault="0088495E">
            <w:pPr>
              <w:rPr>
                <w:szCs w:val="18"/>
              </w:rPr>
            </w:pPr>
          </w:p>
          <w:p w14:paraId="212166F6" w14:textId="387B3245" w:rsidR="0088495E" w:rsidRDefault="0088495E"/>
        </w:tc>
      </w:tr>
    </w:tbl>
    <w:p w14:paraId="1CC239E5" w14:textId="77777777" w:rsidR="00AE4CCD" w:rsidRDefault="00AE4CCD">
      <w:pPr>
        <w:spacing w:after="40"/>
      </w:pPr>
    </w:p>
    <w:p w14:paraId="6233BDA3" w14:textId="13BF008F" w:rsidR="00AE4CCD" w:rsidRDefault="00000000">
      <w:r>
        <w:rPr>
          <w:b/>
          <w:sz w:val="28"/>
          <w:u w:val="single"/>
        </w:rPr>
        <w:lastRenderedPageBreak/>
        <w:t>Term 3</w:t>
      </w:r>
    </w:p>
    <w:p w14:paraId="75FEFFF0" w14:textId="45BBCDCE" w:rsidR="00AE4CCD" w:rsidRDefault="00000000">
      <w:r>
        <w:rPr>
          <w:b/>
        </w:rPr>
        <w:t xml:space="preserve">Term dates: </w:t>
      </w:r>
      <w:r>
        <w:t xml:space="preserve">Monday </w:t>
      </w:r>
      <w:r w:rsidR="0088495E">
        <w:t>4</w:t>
      </w:r>
      <w:r w:rsidR="0088495E" w:rsidRPr="0088495E">
        <w:rPr>
          <w:vertAlign w:val="superscript"/>
        </w:rPr>
        <w:t>th</w:t>
      </w:r>
      <w:r>
        <w:t xml:space="preserve"> January – </w:t>
      </w:r>
      <w:r w:rsidR="0088495E">
        <w:t>Thursday 11</w:t>
      </w:r>
      <w:r w:rsidR="0088495E" w:rsidRPr="0088495E">
        <w:rPr>
          <w:vertAlign w:val="superscript"/>
        </w:rPr>
        <w:t>th</w:t>
      </w:r>
      <w:r w:rsidR="0088495E">
        <w:t xml:space="preserve"> </w:t>
      </w:r>
      <w:r>
        <w:t>February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045"/>
        <w:gridCol w:w="2045"/>
        <w:gridCol w:w="2045"/>
        <w:gridCol w:w="2045"/>
        <w:gridCol w:w="2045"/>
      </w:tblGrid>
      <w:tr w:rsidR="00AE4CCD" w14:paraId="2E7AA919" w14:textId="77777777">
        <w:trPr>
          <w:jc w:val="center"/>
        </w:trPr>
        <w:tc>
          <w:tcPr>
            <w:tcW w:w="2045" w:type="dxa"/>
            <w:vAlign w:val="center"/>
          </w:tcPr>
          <w:p w14:paraId="52AD7F57" w14:textId="77777777" w:rsidR="00AE4CCD" w:rsidRDefault="00000000">
            <w:r>
              <w:rPr>
                <w:b/>
                <w:sz w:val="18"/>
              </w:rPr>
              <w:t>Trip / Visit</w:t>
            </w:r>
          </w:p>
        </w:tc>
        <w:tc>
          <w:tcPr>
            <w:tcW w:w="2045" w:type="dxa"/>
            <w:vAlign w:val="center"/>
          </w:tcPr>
          <w:p w14:paraId="64FB0ED6" w14:textId="77777777" w:rsidR="00AE4CCD" w:rsidRDefault="00000000">
            <w:r>
              <w:rPr>
                <w:b/>
                <w:sz w:val="18"/>
              </w:rPr>
              <w:t>Possible booked date</w:t>
            </w:r>
          </w:p>
        </w:tc>
        <w:tc>
          <w:tcPr>
            <w:tcW w:w="2045" w:type="dxa"/>
            <w:vAlign w:val="center"/>
          </w:tcPr>
          <w:p w14:paraId="0E75069B" w14:textId="77777777" w:rsidR="00AE4CCD" w:rsidRDefault="00000000">
            <w:r>
              <w:rPr>
                <w:b/>
                <w:sz w:val="18"/>
              </w:rPr>
              <w:t>Timings</w:t>
            </w:r>
          </w:p>
        </w:tc>
        <w:tc>
          <w:tcPr>
            <w:tcW w:w="2045" w:type="dxa"/>
            <w:vAlign w:val="center"/>
          </w:tcPr>
          <w:p w14:paraId="3A8B1A23" w14:textId="77777777" w:rsidR="00AE4CCD" w:rsidRDefault="00000000">
            <w:r>
              <w:rPr>
                <w:b/>
                <w:sz w:val="18"/>
              </w:rPr>
              <w:t>Cost</w:t>
            </w:r>
          </w:p>
        </w:tc>
        <w:tc>
          <w:tcPr>
            <w:tcW w:w="2045" w:type="dxa"/>
            <w:vAlign w:val="center"/>
          </w:tcPr>
          <w:p w14:paraId="0576828A" w14:textId="77777777" w:rsidR="00AE4CCD" w:rsidRDefault="00000000">
            <w:r>
              <w:rPr>
                <w:b/>
                <w:sz w:val="18"/>
              </w:rPr>
              <w:t>Parent support</w:t>
            </w:r>
          </w:p>
        </w:tc>
      </w:tr>
      <w:tr w:rsidR="00AE4CCD" w14:paraId="06E0F63B" w14:textId="77777777" w:rsidTr="00227D0C">
        <w:trPr>
          <w:trHeight w:val="1644"/>
          <w:jc w:val="center"/>
        </w:trPr>
        <w:tc>
          <w:tcPr>
            <w:tcW w:w="2045" w:type="dxa"/>
            <w:vAlign w:val="center"/>
          </w:tcPr>
          <w:p w14:paraId="2B72057B" w14:textId="36C2FED7" w:rsidR="00AE4CCD" w:rsidRDefault="0088495E">
            <w:pPr>
              <w:rPr>
                <w:sz w:val="18"/>
              </w:rPr>
            </w:pPr>
            <w:r>
              <w:rPr>
                <w:sz w:val="18"/>
              </w:rPr>
              <w:t xml:space="preserve">Wildlife reserve pond dipping to consolidate learning on the 5 </w:t>
            </w:r>
            <w:r w:rsidR="001658C3">
              <w:rPr>
                <w:sz w:val="18"/>
              </w:rPr>
              <w:t xml:space="preserve">human </w:t>
            </w:r>
            <w:r>
              <w:rPr>
                <w:sz w:val="18"/>
              </w:rPr>
              <w:t xml:space="preserve">senses. </w:t>
            </w:r>
          </w:p>
          <w:p w14:paraId="6D1FC8DD" w14:textId="77777777" w:rsidR="0088495E" w:rsidRDefault="0088495E">
            <w:pPr>
              <w:rPr>
                <w:sz w:val="18"/>
              </w:rPr>
            </w:pPr>
          </w:p>
          <w:p w14:paraId="54C0D0BF" w14:textId="77777777" w:rsidR="0088495E" w:rsidRDefault="0088495E">
            <w:pPr>
              <w:rPr>
                <w:sz w:val="18"/>
                <w:szCs w:val="18"/>
              </w:rPr>
            </w:pPr>
            <w:proofErr w:type="spellStart"/>
            <w:r w:rsidRPr="0088495E">
              <w:rPr>
                <w:sz w:val="18"/>
                <w:szCs w:val="18"/>
              </w:rPr>
              <w:t>Bradbourne</w:t>
            </w:r>
            <w:proofErr w:type="spellEnd"/>
            <w:r w:rsidRPr="0088495E">
              <w:rPr>
                <w:sz w:val="18"/>
                <w:szCs w:val="18"/>
              </w:rPr>
              <w:t xml:space="preserve"> Vale Rd, Sevenoaks TN13 3DH</w:t>
            </w:r>
          </w:p>
          <w:p w14:paraId="52236AEE" w14:textId="77777777" w:rsidR="00DC57FE" w:rsidRDefault="00DC57FE">
            <w:pPr>
              <w:rPr>
                <w:sz w:val="18"/>
                <w:szCs w:val="18"/>
              </w:rPr>
            </w:pPr>
          </w:p>
          <w:p w14:paraId="66C85C02" w14:textId="6624EE17" w:rsidR="00DC57FE" w:rsidRPr="00EF06F6" w:rsidRDefault="00DC57FE">
            <w:pPr>
              <w:rPr>
                <w:b/>
                <w:bCs/>
                <w:sz w:val="18"/>
                <w:szCs w:val="18"/>
              </w:rPr>
            </w:pPr>
            <w:r w:rsidRPr="00EF06F6">
              <w:rPr>
                <w:b/>
                <w:bCs/>
                <w:sz w:val="18"/>
                <w:szCs w:val="18"/>
              </w:rPr>
              <w:t>If this trip doesn’t go ahead see below trip.</w:t>
            </w:r>
          </w:p>
          <w:p w14:paraId="32B5EA11" w14:textId="00238BE5" w:rsidR="0088495E" w:rsidRDefault="0088495E"/>
        </w:tc>
        <w:tc>
          <w:tcPr>
            <w:tcW w:w="2045" w:type="dxa"/>
            <w:vAlign w:val="center"/>
          </w:tcPr>
          <w:p w14:paraId="2B3091CA" w14:textId="3A48B200" w:rsidR="00AE4CCD" w:rsidRDefault="00000000">
            <w:pPr>
              <w:rPr>
                <w:sz w:val="18"/>
              </w:rPr>
            </w:pPr>
            <w:r>
              <w:rPr>
                <w:sz w:val="18"/>
              </w:rPr>
              <w:t xml:space="preserve">Possible booked date: </w:t>
            </w:r>
            <w:r w:rsidR="0088495E">
              <w:rPr>
                <w:sz w:val="18"/>
              </w:rPr>
              <w:t>Sent enquiry awaiting to hear back for date Wednesday 10</w:t>
            </w:r>
            <w:r w:rsidR="0088495E" w:rsidRPr="0088495E">
              <w:rPr>
                <w:sz w:val="18"/>
                <w:vertAlign w:val="superscript"/>
              </w:rPr>
              <w:t>th</w:t>
            </w:r>
            <w:r w:rsidR="0088495E">
              <w:rPr>
                <w:sz w:val="18"/>
              </w:rPr>
              <w:t xml:space="preserve"> February 2027</w:t>
            </w:r>
          </w:p>
          <w:p w14:paraId="69692B5F" w14:textId="77777777" w:rsidR="00DC57FE" w:rsidRDefault="00DC57FE">
            <w:pPr>
              <w:rPr>
                <w:sz w:val="18"/>
              </w:rPr>
            </w:pPr>
          </w:p>
          <w:p w14:paraId="771F6883" w14:textId="77777777" w:rsidR="00DC57FE" w:rsidRDefault="00DC57FE">
            <w:pPr>
              <w:rPr>
                <w:sz w:val="18"/>
              </w:rPr>
            </w:pPr>
          </w:p>
          <w:p w14:paraId="194EC82F" w14:textId="77777777" w:rsidR="00DC57FE" w:rsidRDefault="00DC57FE">
            <w:pPr>
              <w:rPr>
                <w:sz w:val="18"/>
              </w:rPr>
            </w:pPr>
          </w:p>
          <w:p w14:paraId="5DC34A76" w14:textId="77777777" w:rsidR="00227D0C" w:rsidRDefault="00227D0C">
            <w:pPr>
              <w:rPr>
                <w:sz w:val="18"/>
              </w:rPr>
            </w:pPr>
          </w:p>
          <w:p w14:paraId="0196FA36" w14:textId="77777777" w:rsidR="00227D0C" w:rsidRDefault="00227D0C">
            <w:pPr>
              <w:rPr>
                <w:sz w:val="18"/>
              </w:rPr>
            </w:pPr>
          </w:p>
          <w:p w14:paraId="07E15AAE" w14:textId="77777777" w:rsidR="0088495E" w:rsidRDefault="0088495E"/>
        </w:tc>
        <w:tc>
          <w:tcPr>
            <w:tcW w:w="2045" w:type="dxa"/>
            <w:vAlign w:val="center"/>
          </w:tcPr>
          <w:p w14:paraId="112D1C11" w14:textId="29CCEF92" w:rsidR="00AE4CCD" w:rsidRDefault="0088495E">
            <w:pPr>
              <w:rPr>
                <w:sz w:val="18"/>
              </w:rPr>
            </w:pPr>
            <w:r>
              <w:rPr>
                <w:sz w:val="18"/>
              </w:rPr>
              <w:t>Awaiting to hear back.</w:t>
            </w:r>
          </w:p>
          <w:p w14:paraId="241E31B1" w14:textId="77777777" w:rsidR="00DC57FE" w:rsidRDefault="00DC57FE">
            <w:pPr>
              <w:rPr>
                <w:sz w:val="18"/>
              </w:rPr>
            </w:pPr>
          </w:p>
          <w:p w14:paraId="043F9E3D" w14:textId="77777777" w:rsidR="00DC57FE" w:rsidRDefault="00DC57FE">
            <w:pPr>
              <w:rPr>
                <w:sz w:val="18"/>
              </w:rPr>
            </w:pPr>
          </w:p>
          <w:p w14:paraId="5FB42698" w14:textId="77777777" w:rsidR="00DC57FE" w:rsidRDefault="00DC57FE">
            <w:pPr>
              <w:rPr>
                <w:sz w:val="18"/>
              </w:rPr>
            </w:pPr>
          </w:p>
          <w:p w14:paraId="7F72636F" w14:textId="77777777" w:rsidR="00227D0C" w:rsidRDefault="00227D0C">
            <w:pPr>
              <w:rPr>
                <w:sz w:val="18"/>
              </w:rPr>
            </w:pPr>
          </w:p>
          <w:p w14:paraId="3C7E5A4A" w14:textId="77777777" w:rsidR="00227D0C" w:rsidRDefault="00227D0C">
            <w:pPr>
              <w:rPr>
                <w:sz w:val="18"/>
              </w:rPr>
            </w:pPr>
          </w:p>
          <w:p w14:paraId="6DC848E3" w14:textId="77777777" w:rsidR="00227D0C" w:rsidRDefault="00227D0C">
            <w:pPr>
              <w:rPr>
                <w:sz w:val="18"/>
              </w:rPr>
            </w:pPr>
          </w:p>
          <w:p w14:paraId="36CB6A93" w14:textId="77777777" w:rsidR="001658C3" w:rsidRDefault="001658C3">
            <w:pPr>
              <w:rPr>
                <w:sz w:val="18"/>
              </w:rPr>
            </w:pPr>
          </w:p>
          <w:p w14:paraId="4006DAFD" w14:textId="77777777" w:rsidR="0088495E" w:rsidRDefault="0088495E">
            <w:pPr>
              <w:rPr>
                <w:sz w:val="18"/>
              </w:rPr>
            </w:pPr>
          </w:p>
          <w:p w14:paraId="581A0447" w14:textId="77777777" w:rsidR="0088495E" w:rsidRDefault="0088495E">
            <w:pPr>
              <w:rPr>
                <w:sz w:val="18"/>
              </w:rPr>
            </w:pPr>
          </w:p>
          <w:p w14:paraId="6B608A25" w14:textId="77777777" w:rsidR="0088495E" w:rsidRDefault="0088495E"/>
        </w:tc>
        <w:tc>
          <w:tcPr>
            <w:tcW w:w="2045" w:type="dxa"/>
            <w:vAlign w:val="center"/>
          </w:tcPr>
          <w:p w14:paraId="032E1248" w14:textId="77777777" w:rsidR="0088495E" w:rsidRDefault="0088495E">
            <w:pPr>
              <w:rPr>
                <w:sz w:val="18"/>
                <w:szCs w:val="18"/>
              </w:rPr>
            </w:pPr>
            <w:r w:rsidRPr="0088495E">
              <w:rPr>
                <w:sz w:val="18"/>
                <w:szCs w:val="18"/>
              </w:rPr>
              <w:t>I believe there is a small cost but will confirm when I hear back.</w:t>
            </w:r>
          </w:p>
          <w:p w14:paraId="3EE7E9D0" w14:textId="77777777" w:rsidR="00DC57FE" w:rsidRDefault="00DC57FE">
            <w:pPr>
              <w:rPr>
                <w:sz w:val="18"/>
                <w:szCs w:val="18"/>
              </w:rPr>
            </w:pPr>
          </w:p>
          <w:p w14:paraId="734F55F8" w14:textId="77777777" w:rsidR="00DC57FE" w:rsidRDefault="00DC57FE">
            <w:pPr>
              <w:rPr>
                <w:sz w:val="18"/>
                <w:szCs w:val="18"/>
              </w:rPr>
            </w:pPr>
          </w:p>
          <w:p w14:paraId="72B54A15" w14:textId="77777777" w:rsidR="00DC57FE" w:rsidRDefault="00DC57FE">
            <w:pPr>
              <w:rPr>
                <w:sz w:val="18"/>
                <w:szCs w:val="18"/>
              </w:rPr>
            </w:pPr>
          </w:p>
          <w:p w14:paraId="39503B14" w14:textId="77777777" w:rsidR="00227D0C" w:rsidRDefault="00227D0C">
            <w:pPr>
              <w:rPr>
                <w:sz w:val="18"/>
                <w:szCs w:val="18"/>
              </w:rPr>
            </w:pPr>
          </w:p>
          <w:p w14:paraId="09AD2FF6" w14:textId="77777777" w:rsidR="00227D0C" w:rsidRDefault="00227D0C">
            <w:pPr>
              <w:rPr>
                <w:sz w:val="18"/>
                <w:szCs w:val="18"/>
              </w:rPr>
            </w:pPr>
          </w:p>
          <w:p w14:paraId="5B725BB4" w14:textId="77777777" w:rsidR="00227D0C" w:rsidRDefault="00227D0C">
            <w:pPr>
              <w:rPr>
                <w:sz w:val="18"/>
                <w:szCs w:val="18"/>
              </w:rPr>
            </w:pPr>
          </w:p>
          <w:p w14:paraId="71A08B79" w14:textId="7D3219E8" w:rsidR="0088495E" w:rsidRDefault="0088495E"/>
        </w:tc>
        <w:tc>
          <w:tcPr>
            <w:tcW w:w="2045" w:type="dxa"/>
            <w:vAlign w:val="center"/>
          </w:tcPr>
          <w:p w14:paraId="0705B149" w14:textId="42630B02" w:rsidR="0088495E" w:rsidRDefault="0088495E" w:rsidP="0088495E">
            <w:pPr>
              <w:rPr>
                <w:sz w:val="18"/>
              </w:rPr>
            </w:pPr>
            <w:r>
              <w:rPr>
                <w:sz w:val="18"/>
              </w:rPr>
              <w:t>Parent support is needed for getting children there and supporting groups. X3 parent helpers support groups on trip.</w:t>
            </w:r>
          </w:p>
          <w:p w14:paraId="6F009C0F" w14:textId="77777777" w:rsidR="00DC57FE" w:rsidRDefault="00DC57FE" w:rsidP="0088495E">
            <w:pPr>
              <w:rPr>
                <w:sz w:val="18"/>
              </w:rPr>
            </w:pPr>
          </w:p>
          <w:p w14:paraId="2E65FD62" w14:textId="77777777" w:rsidR="00DC57FE" w:rsidRDefault="00DC57FE" w:rsidP="0088495E">
            <w:pPr>
              <w:rPr>
                <w:sz w:val="18"/>
              </w:rPr>
            </w:pPr>
          </w:p>
          <w:p w14:paraId="0651563D" w14:textId="77777777" w:rsidR="00DC57FE" w:rsidRDefault="00DC57FE" w:rsidP="0088495E">
            <w:pPr>
              <w:rPr>
                <w:sz w:val="18"/>
              </w:rPr>
            </w:pPr>
          </w:p>
          <w:p w14:paraId="5703B5D9" w14:textId="77777777" w:rsidR="00227D0C" w:rsidRDefault="00227D0C" w:rsidP="0088495E">
            <w:pPr>
              <w:rPr>
                <w:sz w:val="18"/>
              </w:rPr>
            </w:pPr>
          </w:p>
          <w:p w14:paraId="37139FA9" w14:textId="40A7F8EF" w:rsidR="00AE4CCD" w:rsidRDefault="00AE4CCD"/>
        </w:tc>
      </w:tr>
      <w:tr w:rsidR="00227D0C" w14:paraId="5DF58908" w14:textId="77777777">
        <w:trPr>
          <w:trHeight w:val="1116"/>
          <w:jc w:val="center"/>
        </w:trPr>
        <w:tc>
          <w:tcPr>
            <w:tcW w:w="2045" w:type="dxa"/>
            <w:vAlign w:val="center"/>
          </w:tcPr>
          <w:p w14:paraId="65FDF1FA" w14:textId="3C78C5E2" w:rsidR="00227D0C" w:rsidRDefault="00227D0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Houses of Parliament tour suited for year 1 children</w:t>
            </w:r>
            <w:r w:rsidR="00EF06F6">
              <w:rPr>
                <w:sz w:val="18"/>
                <w:szCs w:val="18"/>
              </w:rPr>
              <w:t xml:space="preserve"> to develop their understanding of Guy Fawkes taught in November 2026</w:t>
            </w:r>
          </w:p>
          <w:p w14:paraId="54F2532A" w14:textId="77777777" w:rsidR="00227D0C" w:rsidRDefault="00227D0C">
            <w:pPr>
              <w:rPr>
                <w:sz w:val="18"/>
                <w:szCs w:val="18"/>
              </w:rPr>
            </w:pPr>
          </w:p>
          <w:p w14:paraId="107E6917" w14:textId="5A38ED3E" w:rsidR="00227D0C" w:rsidRDefault="00227D0C">
            <w:pPr>
              <w:rPr>
                <w:sz w:val="18"/>
                <w:szCs w:val="18"/>
              </w:rPr>
            </w:pPr>
            <w:r w:rsidRPr="00227D0C">
              <w:rPr>
                <w:sz w:val="18"/>
                <w:szCs w:val="18"/>
              </w:rPr>
              <w:t>London SW1A 0AA</w:t>
            </w:r>
          </w:p>
          <w:p w14:paraId="6F0A184E" w14:textId="77777777" w:rsidR="00227D0C" w:rsidRDefault="00227D0C">
            <w:pPr>
              <w:rPr>
                <w:sz w:val="18"/>
                <w:szCs w:val="18"/>
              </w:rPr>
            </w:pPr>
          </w:p>
          <w:p w14:paraId="26CA544C" w14:textId="77777777" w:rsidR="00227D0C" w:rsidRDefault="00227D0C">
            <w:pPr>
              <w:rPr>
                <w:sz w:val="18"/>
                <w:szCs w:val="18"/>
              </w:rPr>
            </w:pPr>
          </w:p>
          <w:p w14:paraId="09E34C98" w14:textId="77777777" w:rsidR="00227D0C" w:rsidRDefault="00227D0C">
            <w:pPr>
              <w:rPr>
                <w:sz w:val="18"/>
                <w:szCs w:val="18"/>
              </w:rPr>
            </w:pPr>
          </w:p>
          <w:p w14:paraId="03B92552" w14:textId="77777777" w:rsidR="00227D0C" w:rsidRDefault="00227D0C">
            <w:pPr>
              <w:rPr>
                <w:sz w:val="18"/>
                <w:szCs w:val="18"/>
              </w:rPr>
            </w:pPr>
          </w:p>
          <w:p w14:paraId="7E47A662" w14:textId="77777777" w:rsidR="00227D0C" w:rsidRDefault="00227D0C">
            <w:pPr>
              <w:rPr>
                <w:sz w:val="18"/>
                <w:szCs w:val="18"/>
              </w:rPr>
            </w:pPr>
          </w:p>
          <w:p w14:paraId="7357785C" w14:textId="77777777" w:rsidR="00227D0C" w:rsidRDefault="00227D0C">
            <w:pPr>
              <w:rPr>
                <w:sz w:val="18"/>
                <w:szCs w:val="18"/>
              </w:rPr>
            </w:pPr>
          </w:p>
          <w:p w14:paraId="1776FA42" w14:textId="77777777" w:rsidR="00227D0C" w:rsidRDefault="00227D0C">
            <w:pPr>
              <w:rPr>
                <w:sz w:val="18"/>
                <w:szCs w:val="18"/>
              </w:rPr>
            </w:pPr>
          </w:p>
          <w:p w14:paraId="188DB83A" w14:textId="77777777" w:rsidR="00227D0C" w:rsidRDefault="00227D0C">
            <w:pPr>
              <w:rPr>
                <w:sz w:val="18"/>
                <w:szCs w:val="18"/>
              </w:rPr>
            </w:pPr>
          </w:p>
          <w:p w14:paraId="4E63DDF6" w14:textId="77777777" w:rsidR="00227D0C" w:rsidRDefault="00227D0C">
            <w:pPr>
              <w:rPr>
                <w:sz w:val="18"/>
                <w:szCs w:val="18"/>
              </w:rPr>
            </w:pPr>
          </w:p>
          <w:p w14:paraId="18DFF617" w14:textId="77777777" w:rsidR="00227D0C" w:rsidRDefault="00227D0C">
            <w:pPr>
              <w:rPr>
                <w:sz w:val="18"/>
                <w:szCs w:val="18"/>
              </w:rPr>
            </w:pPr>
          </w:p>
          <w:p w14:paraId="62F0863A" w14:textId="77777777" w:rsidR="00227D0C" w:rsidRDefault="00227D0C">
            <w:pPr>
              <w:rPr>
                <w:sz w:val="18"/>
                <w:szCs w:val="18"/>
              </w:rPr>
            </w:pPr>
          </w:p>
          <w:p w14:paraId="405A4FEA" w14:textId="77777777" w:rsidR="00227D0C" w:rsidRDefault="00227D0C">
            <w:pPr>
              <w:rPr>
                <w:szCs w:val="18"/>
              </w:rPr>
            </w:pPr>
          </w:p>
          <w:p w14:paraId="174C4B5C" w14:textId="77777777" w:rsidR="00227D0C" w:rsidRDefault="00227D0C" w:rsidP="00227D0C">
            <w:pPr>
              <w:rPr>
                <w:sz w:val="18"/>
              </w:rPr>
            </w:pPr>
          </w:p>
        </w:tc>
        <w:tc>
          <w:tcPr>
            <w:tcW w:w="2045" w:type="dxa"/>
            <w:vAlign w:val="center"/>
          </w:tcPr>
          <w:p w14:paraId="69DBB80C" w14:textId="77777777" w:rsidR="00227D0C" w:rsidRDefault="00227D0C">
            <w:pPr>
              <w:rPr>
                <w:sz w:val="18"/>
              </w:rPr>
            </w:pPr>
            <w:r>
              <w:rPr>
                <w:sz w:val="18"/>
              </w:rPr>
              <w:t xml:space="preserve">Dates are set in advance on the government website and it’s a first come first served basis. </w:t>
            </w:r>
          </w:p>
          <w:p w14:paraId="3DF2F595" w14:textId="77777777" w:rsidR="00227D0C" w:rsidRDefault="00227D0C">
            <w:pPr>
              <w:rPr>
                <w:sz w:val="18"/>
              </w:rPr>
            </w:pPr>
          </w:p>
          <w:p w14:paraId="39F73D40" w14:textId="0D582B6F" w:rsidR="00227D0C" w:rsidRDefault="00227D0C">
            <w:pPr>
              <w:rPr>
                <w:sz w:val="18"/>
              </w:rPr>
            </w:pPr>
            <w:r>
              <w:rPr>
                <w:sz w:val="18"/>
              </w:rPr>
              <w:t>Dates are released for January – December 2027 from 23</w:t>
            </w:r>
            <w:r w:rsidRPr="00227D0C">
              <w:rPr>
                <w:sz w:val="18"/>
                <w:vertAlign w:val="superscript"/>
              </w:rPr>
              <w:t>rd</w:t>
            </w:r>
            <w:r>
              <w:rPr>
                <w:sz w:val="18"/>
              </w:rPr>
              <w:t xml:space="preserve"> September 2026.</w:t>
            </w:r>
          </w:p>
          <w:p w14:paraId="773644F6" w14:textId="77777777" w:rsidR="00227D0C" w:rsidRDefault="00227D0C">
            <w:pPr>
              <w:rPr>
                <w:sz w:val="18"/>
              </w:rPr>
            </w:pPr>
          </w:p>
          <w:p w14:paraId="45316A00" w14:textId="7B4E4C01" w:rsidR="00227D0C" w:rsidRDefault="00227D0C">
            <w:pPr>
              <w:rPr>
                <w:sz w:val="18"/>
              </w:rPr>
            </w:pPr>
            <w:r>
              <w:rPr>
                <w:sz w:val="18"/>
              </w:rPr>
              <w:t xml:space="preserve">I will let you know in advance </w:t>
            </w:r>
            <w:r w:rsidR="00303146">
              <w:rPr>
                <w:sz w:val="18"/>
              </w:rPr>
              <w:t>about</w:t>
            </w:r>
            <w:r>
              <w:rPr>
                <w:sz w:val="18"/>
              </w:rPr>
              <w:t xml:space="preserve"> the chosen date.</w:t>
            </w:r>
          </w:p>
          <w:p w14:paraId="67003F5C" w14:textId="77777777" w:rsidR="00EF06F6" w:rsidRDefault="00EF06F6">
            <w:pPr>
              <w:rPr>
                <w:sz w:val="18"/>
              </w:rPr>
            </w:pPr>
          </w:p>
          <w:p w14:paraId="78AA32FD" w14:textId="77777777" w:rsidR="00EF06F6" w:rsidRDefault="00EF06F6">
            <w:pPr>
              <w:rPr>
                <w:sz w:val="18"/>
              </w:rPr>
            </w:pPr>
          </w:p>
          <w:p w14:paraId="36CC7349" w14:textId="77777777" w:rsidR="00303146" w:rsidRDefault="00303146">
            <w:pPr>
              <w:rPr>
                <w:sz w:val="18"/>
              </w:rPr>
            </w:pPr>
          </w:p>
          <w:p w14:paraId="5CF58E66" w14:textId="77777777" w:rsidR="00227D0C" w:rsidRDefault="00227D0C">
            <w:pPr>
              <w:rPr>
                <w:sz w:val="18"/>
              </w:rPr>
            </w:pPr>
          </w:p>
          <w:p w14:paraId="5364CA34" w14:textId="77777777" w:rsidR="00227D0C" w:rsidRDefault="00227D0C">
            <w:pPr>
              <w:rPr>
                <w:sz w:val="18"/>
              </w:rPr>
            </w:pPr>
          </w:p>
          <w:p w14:paraId="5CADFCFD" w14:textId="77777777" w:rsidR="00227D0C" w:rsidRDefault="00227D0C"/>
          <w:p w14:paraId="64F3BCA5" w14:textId="77777777" w:rsidR="00227D0C" w:rsidRDefault="00227D0C" w:rsidP="00227D0C">
            <w:pPr>
              <w:rPr>
                <w:sz w:val="18"/>
              </w:rPr>
            </w:pPr>
          </w:p>
        </w:tc>
        <w:tc>
          <w:tcPr>
            <w:tcW w:w="2045" w:type="dxa"/>
            <w:vAlign w:val="center"/>
          </w:tcPr>
          <w:p w14:paraId="42331EE9" w14:textId="30DCB42D" w:rsidR="00227D0C" w:rsidRDefault="00227D0C">
            <w:pPr>
              <w:rPr>
                <w:sz w:val="18"/>
                <w:szCs w:val="18"/>
              </w:rPr>
            </w:pPr>
            <w:r w:rsidRPr="00227D0C">
              <w:rPr>
                <w:sz w:val="18"/>
                <w:szCs w:val="18"/>
              </w:rPr>
              <w:t>Will let you know.</w:t>
            </w:r>
          </w:p>
          <w:p w14:paraId="3D13F714" w14:textId="77777777" w:rsidR="00EF06F6" w:rsidRDefault="00EF06F6">
            <w:pPr>
              <w:rPr>
                <w:sz w:val="18"/>
                <w:szCs w:val="18"/>
              </w:rPr>
            </w:pPr>
          </w:p>
          <w:p w14:paraId="420B6445" w14:textId="77777777" w:rsidR="00EF06F6" w:rsidRDefault="00EF06F6">
            <w:pPr>
              <w:rPr>
                <w:sz w:val="18"/>
                <w:szCs w:val="18"/>
              </w:rPr>
            </w:pPr>
          </w:p>
          <w:p w14:paraId="6B2CF94E" w14:textId="77777777" w:rsidR="008C251D" w:rsidRDefault="008C251D">
            <w:pPr>
              <w:rPr>
                <w:sz w:val="18"/>
                <w:szCs w:val="18"/>
              </w:rPr>
            </w:pPr>
          </w:p>
          <w:p w14:paraId="6FC7FEF5" w14:textId="77777777" w:rsidR="00227D0C" w:rsidRDefault="00227D0C">
            <w:pPr>
              <w:rPr>
                <w:sz w:val="18"/>
                <w:szCs w:val="18"/>
              </w:rPr>
            </w:pPr>
          </w:p>
          <w:p w14:paraId="4853BD97" w14:textId="77777777" w:rsidR="00227D0C" w:rsidRDefault="00227D0C">
            <w:pPr>
              <w:rPr>
                <w:sz w:val="18"/>
                <w:szCs w:val="18"/>
              </w:rPr>
            </w:pPr>
          </w:p>
          <w:p w14:paraId="592A63F3" w14:textId="77777777" w:rsidR="00227D0C" w:rsidRDefault="00227D0C">
            <w:pPr>
              <w:rPr>
                <w:sz w:val="18"/>
                <w:szCs w:val="18"/>
              </w:rPr>
            </w:pPr>
          </w:p>
          <w:p w14:paraId="77289729" w14:textId="77777777" w:rsidR="00227D0C" w:rsidRDefault="00227D0C">
            <w:pPr>
              <w:rPr>
                <w:sz w:val="18"/>
                <w:szCs w:val="18"/>
              </w:rPr>
            </w:pPr>
          </w:p>
          <w:p w14:paraId="77E53083" w14:textId="77777777" w:rsidR="00227D0C" w:rsidRDefault="00227D0C">
            <w:pPr>
              <w:rPr>
                <w:sz w:val="18"/>
                <w:szCs w:val="18"/>
              </w:rPr>
            </w:pPr>
          </w:p>
          <w:p w14:paraId="757C686C" w14:textId="77777777" w:rsidR="00227D0C" w:rsidRDefault="00227D0C">
            <w:pPr>
              <w:rPr>
                <w:sz w:val="18"/>
                <w:szCs w:val="18"/>
              </w:rPr>
            </w:pPr>
          </w:p>
          <w:p w14:paraId="75FF99D9" w14:textId="77777777" w:rsidR="00227D0C" w:rsidRDefault="00227D0C">
            <w:pPr>
              <w:rPr>
                <w:sz w:val="18"/>
                <w:szCs w:val="18"/>
              </w:rPr>
            </w:pPr>
          </w:p>
          <w:p w14:paraId="3A505BBE" w14:textId="77777777" w:rsidR="00227D0C" w:rsidRDefault="00227D0C">
            <w:pPr>
              <w:rPr>
                <w:sz w:val="18"/>
                <w:szCs w:val="18"/>
              </w:rPr>
            </w:pPr>
          </w:p>
          <w:p w14:paraId="1B8C5981" w14:textId="77777777" w:rsidR="00227D0C" w:rsidRDefault="00227D0C">
            <w:pPr>
              <w:rPr>
                <w:sz w:val="18"/>
                <w:szCs w:val="18"/>
              </w:rPr>
            </w:pPr>
          </w:p>
          <w:p w14:paraId="5F2C693F" w14:textId="77777777" w:rsidR="00227D0C" w:rsidRDefault="00227D0C">
            <w:pPr>
              <w:rPr>
                <w:sz w:val="18"/>
                <w:szCs w:val="18"/>
              </w:rPr>
            </w:pPr>
          </w:p>
          <w:p w14:paraId="1EBA608D" w14:textId="77777777" w:rsidR="00227D0C" w:rsidRDefault="00227D0C">
            <w:pPr>
              <w:rPr>
                <w:sz w:val="18"/>
                <w:szCs w:val="18"/>
              </w:rPr>
            </w:pPr>
          </w:p>
          <w:p w14:paraId="57133232" w14:textId="77777777" w:rsidR="00227D0C" w:rsidRDefault="00227D0C">
            <w:pPr>
              <w:rPr>
                <w:sz w:val="18"/>
                <w:szCs w:val="18"/>
              </w:rPr>
            </w:pPr>
          </w:p>
          <w:p w14:paraId="50321E60" w14:textId="77777777" w:rsidR="00227D0C" w:rsidRPr="00227D0C" w:rsidRDefault="00227D0C">
            <w:pPr>
              <w:rPr>
                <w:sz w:val="18"/>
                <w:szCs w:val="18"/>
              </w:rPr>
            </w:pPr>
          </w:p>
          <w:p w14:paraId="3E35BAE5" w14:textId="77777777" w:rsidR="00227D0C" w:rsidRDefault="00227D0C"/>
          <w:p w14:paraId="2E4FAC66" w14:textId="77777777" w:rsidR="00227D0C" w:rsidRDefault="00227D0C"/>
          <w:p w14:paraId="7598F6EE" w14:textId="77777777" w:rsidR="00227D0C" w:rsidRDefault="00227D0C" w:rsidP="00227D0C">
            <w:pPr>
              <w:rPr>
                <w:sz w:val="18"/>
              </w:rPr>
            </w:pPr>
          </w:p>
        </w:tc>
        <w:tc>
          <w:tcPr>
            <w:tcW w:w="2045" w:type="dxa"/>
            <w:vAlign w:val="center"/>
          </w:tcPr>
          <w:p w14:paraId="4DB3146D" w14:textId="70A4A3AD" w:rsidR="00227D0C" w:rsidRDefault="0030314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Southeastern</w:t>
            </w:r>
            <w:r w:rsidR="00A37077">
              <w:rPr>
                <w:sz w:val="18"/>
                <w:szCs w:val="18"/>
              </w:rPr>
              <w:t xml:space="preserve"> railway charge £1.00 per child </w:t>
            </w:r>
            <w:r w:rsidR="0037125E">
              <w:rPr>
                <w:sz w:val="18"/>
                <w:szCs w:val="18"/>
              </w:rPr>
              <w:t xml:space="preserve">with the children in groups of 4 with 1 full fare paid </w:t>
            </w:r>
            <w:r w:rsidR="00EF06F6">
              <w:rPr>
                <w:sz w:val="18"/>
                <w:szCs w:val="18"/>
              </w:rPr>
              <w:t>for</w:t>
            </w:r>
            <w:r w:rsidR="0037125E">
              <w:rPr>
                <w:sz w:val="18"/>
                <w:szCs w:val="18"/>
              </w:rPr>
              <w:t xml:space="preserve"> an accompanying adult. </w:t>
            </w:r>
          </w:p>
          <w:p w14:paraId="42D7F195" w14:textId="77777777" w:rsidR="00EF06F6" w:rsidRDefault="00EF06F6">
            <w:pPr>
              <w:rPr>
                <w:sz w:val="18"/>
                <w:szCs w:val="18"/>
              </w:rPr>
            </w:pPr>
          </w:p>
          <w:p w14:paraId="6900982A" w14:textId="77777777" w:rsidR="00EF06F6" w:rsidRDefault="00EF06F6">
            <w:pPr>
              <w:rPr>
                <w:sz w:val="18"/>
                <w:szCs w:val="18"/>
              </w:rPr>
            </w:pPr>
          </w:p>
          <w:p w14:paraId="16EEE3EF" w14:textId="77777777" w:rsidR="00303146" w:rsidRDefault="00303146">
            <w:pPr>
              <w:rPr>
                <w:sz w:val="18"/>
                <w:szCs w:val="18"/>
              </w:rPr>
            </w:pPr>
          </w:p>
          <w:p w14:paraId="598CC7A3" w14:textId="77777777" w:rsidR="00600D29" w:rsidRDefault="00600D29">
            <w:pPr>
              <w:rPr>
                <w:sz w:val="18"/>
                <w:szCs w:val="18"/>
              </w:rPr>
            </w:pPr>
          </w:p>
          <w:p w14:paraId="6C69A8DC" w14:textId="77777777" w:rsidR="00227D0C" w:rsidRDefault="00227D0C">
            <w:pPr>
              <w:rPr>
                <w:sz w:val="18"/>
                <w:szCs w:val="18"/>
              </w:rPr>
            </w:pPr>
          </w:p>
          <w:p w14:paraId="4113D11A" w14:textId="77777777" w:rsidR="00227D0C" w:rsidRDefault="00227D0C">
            <w:pPr>
              <w:rPr>
                <w:sz w:val="18"/>
                <w:szCs w:val="18"/>
              </w:rPr>
            </w:pPr>
          </w:p>
          <w:p w14:paraId="162F5503" w14:textId="77777777" w:rsidR="00227D0C" w:rsidRDefault="00227D0C">
            <w:pPr>
              <w:rPr>
                <w:sz w:val="18"/>
                <w:szCs w:val="18"/>
              </w:rPr>
            </w:pPr>
          </w:p>
          <w:p w14:paraId="2C8BDF6D" w14:textId="77777777" w:rsidR="00227D0C" w:rsidRDefault="00227D0C">
            <w:pPr>
              <w:rPr>
                <w:sz w:val="18"/>
                <w:szCs w:val="18"/>
              </w:rPr>
            </w:pPr>
          </w:p>
          <w:p w14:paraId="63109EF1" w14:textId="77777777" w:rsidR="00227D0C" w:rsidRDefault="00227D0C">
            <w:pPr>
              <w:rPr>
                <w:sz w:val="18"/>
                <w:szCs w:val="18"/>
              </w:rPr>
            </w:pPr>
          </w:p>
          <w:p w14:paraId="32FECBF0" w14:textId="77777777" w:rsidR="00227D0C" w:rsidRDefault="00227D0C">
            <w:pPr>
              <w:rPr>
                <w:sz w:val="18"/>
                <w:szCs w:val="18"/>
              </w:rPr>
            </w:pPr>
          </w:p>
          <w:p w14:paraId="513B8213" w14:textId="77777777" w:rsidR="00227D0C" w:rsidRDefault="00227D0C">
            <w:pPr>
              <w:rPr>
                <w:sz w:val="18"/>
                <w:szCs w:val="18"/>
              </w:rPr>
            </w:pPr>
          </w:p>
          <w:p w14:paraId="5AD49FBE" w14:textId="77777777" w:rsidR="00227D0C" w:rsidRDefault="00227D0C">
            <w:pPr>
              <w:rPr>
                <w:sz w:val="18"/>
                <w:szCs w:val="18"/>
              </w:rPr>
            </w:pPr>
          </w:p>
          <w:p w14:paraId="2A011650" w14:textId="77777777" w:rsidR="00227D0C" w:rsidRDefault="00227D0C">
            <w:pPr>
              <w:rPr>
                <w:sz w:val="18"/>
                <w:szCs w:val="18"/>
              </w:rPr>
            </w:pPr>
          </w:p>
          <w:p w14:paraId="06C1D02F" w14:textId="77777777" w:rsidR="00227D0C" w:rsidRDefault="00227D0C">
            <w:pPr>
              <w:rPr>
                <w:sz w:val="18"/>
                <w:szCs w:val="18"/>
              </w:rPr>
            </w:pPr>
          </w:p>
          <w:p w14:paraId="0846055F" w14:textId="77777777" w:rsidR="00227D0C" w:rsidRPr="0088495E" w:rsidRDefault="00227D0C" w:rsidP="00227D0C">
            <w:pPr>
              <w:rPr>
                <w:sz w:val="18"/>
                <w:szCs w:val="18"/>
              </w:rPr>
            </w:pPr>
          </w:p>
        </w:tc>
        <w:tc>
          <w:tcPr>
            <w:tcW w:w="2045" w:type="dxa"/>
            <w:vAlign w:val="center"/>
          </w:tcPr>
          <w:p w14:paraId="04EA3BDE" w14:textId="75CDF1C4" w:rsidR="00DC57FE" w:rsidRDefault="00DC57FE" w:rsidP="00DC57FE">
            <w:pPr>
              <w:rPr>
                <w:sz w:val="18"/>
              </w:rPr>
            </w:pPr>
            <w:r>
              <w:rPr>
                <w:sz w:val="18"/>
              </w:rPr>
              <w:t>Parent support is needed for getting children there and supporting groups. X</w:t>
            </w:r>
            <w:r w:rsidR="00D01241">
              <w:rPr>
                <w:sz w:val="18"/>
              </w:rPr>
              <w:t>6</w:t>
            </w:r>
            <w:r>
              <w:rPr>
                <w:sz w:val="18"/>
              </w:rPr>
              <w:t xml:space="preserve"> parent helpers support groups on trip.</w:t>
            </w:r>
          </w:p>
          <w:p w14:paraId="62F2F66F" w14:textId="77777777" w:rsidR="00EF06F6" w:rsidRDefault="00EF06F6" w:rsidP="00DC57FE">
            <w:pPr>
              <w:rPr>
                <w:sz w:val="18"/>
              </w:rPr>
            </w:pPr>
          </w:p>
          <w:p w14:paraId="74665751" w14:textId="77777777" w:rsidR="00EF06F6" w:rsidRDefault="00EF06F6" w:rsidP="00DC57FE">
            <w:pPr>
              <w:rPr>
                <w:sz w:val="18"/>
              </w:rPr>
            </w:pPr>
          </w:p>
          <w:p w14:paraId="3AF81855" w14:textId="77777777" w:rsidR="00303146" w:rsidRDefault="00303146" w:rsidP="00DC57FE">
            <w:pPr>
              <w:rPr>
                <w:sz w:val="18"/>
              </w:rPr>
            </w:pPr>
          </w:p>
          <w:p w14:paraId="1D2E5B3D" w14:textId="77777777" w:rsidR="00DC57FE" w:rsidRDefault="00DC57FE" w:rsidP="00DC57FE">
            <w:pPr>
              <w:rPr>
                <w:sz w:val="18"/>
              </w:rPr>
            </w:pPr>
          </w:p>
          <w:p w14:paraId="385EE3B5" w14:textId="77777777" w:rsidR="00DC57FE" w:rsidRDefault="00DC57FE" w:rsidP="00DC57FE">
            <w:pPr>
              <w:rPr>
                <w:sz w:val="18"/>
              </w:rPr>
            </w:pPr>
          </w:p>
          <w:p w14:paraId="110A532F" w14:textId="77777777" w:rsidR="00DC57FE" w:rsidRDefault="00DC57FE" w:rsidP="00DC57FE">
            <w:pPr>
              <w:rPr>
                <w:sz w:val="18"/>
              </w:rPr>
            </w:pPr>
          </w:p>
          <w:p w14:paraId="4D8DBC44" w14:textId="77777777" w:rsidR="00DC57FE" w:rsidRDefault="00DC57FE" w:rsidP="00DC57FE">
            <w:pPr>
              <w:rPr>
                <w:sz w:val="18"/>
              </w:rPr>
            </w:pPr>
          </w:p>
          <w:p w14:paraId="280E5B52" w14:textId="77777777" w:rsidR="00DC57FE" w:rsidRDefault="00DC57FE" w:rsidP="00DC57FE">
            <w:pPr>
              <w:rPr>
                <w:sz w:val="18"/>
              </w:rPr>
            </w:pPr>
          </w:p>
          <w:p w14:paraId="1B6C7006" w14:textId="77777777" w:rsidR="00DC57FE" w:rsidRDefault="00DC57FE" w:rsidP="00DC57FE">
            <w:pPr>
              <w:rPr>
                <w:sz w:val="18"/>
              </w:rPr>
            </w:pPr>
          </w:p>
          <w:p w14:paraId="1AFF5F70" w14:textId="77777777" w:rsidR="00DC57FE" w:rsidRDefault="00DC57FE" w:rsidP="00DC57FE">
            <w:pPr>
              <w:rPr>
                <w:sz w:val="18"/>
              </w:rPr>
            </w:pPr>
          </w:p>
          <w:p w14:paraId="76383221" w14:textId="77777777" w:rsidR="00227D0C" w:rsidRDefault="00227D0C" w:rsidP="0088495E">
            <w:pPr>
              <w:rPr>
                <w:sz w:val="18"/>
              </w:rPr>
            </w:pPr>
          </w:p>
          <w:p w14:paraId="64E81F56" w14:textId="77777777" w:rsidR="00227D0C" w:rsidRDefault="00227D0C" w:rsidP="0088495E">
            <w:pPr>
              <w:rPr>
                <w:sz w:val="18"/>
              </w:rPr>
            </w:pPr>
          </w:p>
          <w:p w14:paraId="3807101E" w14:textId="77777777" w:rsidR="00227D0C" w:rsidRDefault="00227D0C" w:rsidP="0088495E">
            <w:pPr>
              <w:rPr>
                <w:sz w:val="18"/>
              </w:rPr>
            </w:pPr>
          </w:p>
          <w:p w14:paraId="02021BA1" w14:textId="77777777" w:rsidR="00227D0C" w:rsidRDefault="00227D0C" w:rsidP="0088495E">
            <w:pPr>
              <w:rPr>
                <w:sz w:val="18"/>
              </w:rPr>
            </w:pPr>
          </w:p>
          <w:p w14:paraId="0148B933" w14:textId="77777777" w:rsidR="00227D0C" w:rsidRDefault="00227D0C" w:rsidP="00227D0C">
            <w:pPr>
              <w:rPr>
                <w:sz w:val="18"/>
              </w:rPr>
            </w:pPr>
          </w:p>
        </w:tc>
      </w:tr>
    </w:tbl>
    <w:p w14:paraId="7F52F51E" w14:textId="77777777" w:rsidR="00AE4CCD" w:rsidRDefault="00AE4CCD">
      <w:pPr>
        <w:spacing w:after="40"/>
      </w:pPr>
    </w:p>
    <w:p w14:paraId="2C928F3D" w14:textId="77777777" w:rsidR="00AE4CCD" w:rsidRDefault="00000000">
      <w:r>
        <w:rPr>
          <w:b/>
          <w:sz w:val="28"/>
          <w:u w:val="single"/>
        </w:rPr>
        <w:t>Term 4</w:t>
      </w:r>
    </w:p>
    <w:p w14:paraId="0D8DDD12" w14:textId="3A2CCFF3" w:rsidR="00AE4CCD" w:rsidRDefault="00000000">
      <w:r>
        <w:rPr>
          <w:b/>
        </w:rPr>
        <w:t xml:space="preserve">Term dates: </w:t>
      </w:r>
      <w:r>
        <w:t>Monday 2</w:t>
      </w:r>
      <w:r w:rsidR="001658C3">
        <w:t>2</w:t>
      </w:r>
      <w:r w:rsidR="001658C3" w:rsidRPr="001658C3">
        <w:rPr>
          <w:vertAlign w:val="superscript"/>
        </w:rPr>
        <w:t>nd</w:t>
      </w:r>
      <w:r>
        <w:t xml:space="preserve"> February – </w:t>
      </w:r>
      <w:r w:rsidR="001658C3">
        <w:t>Thursday</w:t>
      </w:r>
      <w:r>
        <w:t xml:space="preserve"> 2</w:t>
      </w:r>
      <w:r w:rsidR="001658C3">
        <w:t>5</w:t>
      </w:r>
      <w:r w:rsidR="001658C3" w:rsidRPr="001658C3">
        <w:rPr>
          <w:vertAlign w:val="superscript"/>
        </w:rPr>
        <w:t>th</w:t>
      </w:r>
      <w:r>
        <w:t xml:space="preserve"> March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045"/>
        <w:gridCol w:w="2045"/>
        <w:gridCol w:w="2045"/>
        <w:gridCol w:w="2045"/>
        <w:gridCol w:w="2045"/>
      </w:tblGrid>
      <w:tr w:rsidR="00AE4CCD" w14:paraId="007CBBF2" w14:textId="77777777">
        <w:trPr>
          <w:jc w:val="center"/>
        </w:trPr>
        <w:tc>
          <w:tcPr>
            <w:tcW w:w="2045" w:type="dxa"/>
            <w:vAlign w:val="center"/>
          </w:tcPr>
          <w:p w14:paraId="1666C113" w14:textId="77777777" w:rsidR="00AE4CCD" w:rsidRDefault="00000000">
            <w:r>
              <w:rPr>
                <w:b/>
                <w:sz w:val="18"/>
              </w:rPr>
              <w:t>Trip / Visit</w:t>
            </w:r>
          </w:p>
        </w:tc>
        <w:tc>
          <w:tcPr>
            <w:tcW w:w="2045" w:type="dxa"/>
            <w:vAlign w:val="center"/>
          </w:tcPr>
          <w:p w14:paraId="7F09BEF4" w14:textId="77777777" w:rsidR="00AE4CCD" w:rsidRDefault="00000000">
            <w:r>
              <w:rPr>
                <w:b/>
                <w:sz w:val="18"/>
              </w:rPr>
              <w:t>Possible booked date</w:t>
            </w:r>
          </w:p>
        </w:tc>
        <w:tc>
          <w:tcPr>
            <w:tcW w:w="2045" w:type="dxa"/>
            <w:vAlign w:val="center"/>
          </w:tcPr>
          <w:p w14:paraId="33EF9AAA" w14:textId="77777777" w:rsidR="00AE4CCD" w:rsidRDefault="00000000">
            <w:r>
              <w:rPr>
                <w:b/>
                <w:sz w:val="18"/>
              </w:rPr>
              <w:t>Timings</w:t>
            </w:r>
          </w:p>
        </w:tc>
        <w:tc>
          <w:tcPr>
            <w:tcW w:w="2045" w:type="dxa"/>
            <w:vAlign w:val="center"/>
          </w:tcPr>
          <w:p w14:paraId="0A0D47B3" w14:textId="77777777" w:rsidR="00AE4CCD" w:rsidRDefault="00000000">
            <w:r>
              <w:rPr>
                <w:b/>
                <w:sz w:val="18"/>
              </w:rPr>
              <w:t>Cost</w:t>
            </w:r>
          </w:p>
        </w:tc>
        <w:tc>
          <w:tcPr>
            <w:tcW w:w="2045" w:type="dxa"/>
            <w:vAlign w:val="center"/>
          </w:tcPr>
          <w:p w14:paraId="3A844CA2" w14:textId="77777777" w:rsidR="00AE4CCD" w:rsidRDefault="00000000">
            <w:r>
              <w:rPr>
                <w:b/>
                <w:sz w:val="18"/>
              </w:rPr>
              <w:t>Parent support</w:t>
            </w:r>
          </w:p>
        </w:tc>
      </w:tr>
      <w:tr w:rsidR="00AE4CCD" w14:paraId="4F1872D3" w14:textId="77777777">
        <w:trPr>
          <w:jc w:val="center"/>
        </w:trPr>
        <w:tc>
          <w:tcPr>
            <w:tcW w:w="2045" w:type="dxa"/>
            <w:vAlign w:val="center"/>
          </w:tcPr>
          <w:p w14:paraId="3F7EE5C6" w14:textId="0CD21CF9" w:rsidR="00AE4CCD" w:rsidRPr="001658C3" w:rsidRDefault="001658C3">
            <w:pPr>
              <w:rPr>
                <w:sz w:val="18"/>
                <w:szCs w:val="18"/>
              </w:rPr>
            </w:pPr>
            <w:r w:rsidRPr="001658C3">
              <w:rPr>
                <w:sz w:val="18"/>
                <w:szCs w:val="18"/>
              </w:rPr>
              <w:t>Eagle Heights</w:t>
            </w:r>
            <w:r w:rsidR="00EF06F6">
              <w:rPr>
                <w:sz w:val="18"/>
                <w:szCs w:val="18"/>
              </w:rPr>
              <w:t xml:space="preserve"> to consolidate learning about animal groups</w:t>
            </w:r>
            <w:r w:rsidR="00772C63">
              <w:rPr>
                <w:sz w:val="18"/>
                <w:szCs w:val="18"/>
              </w:rPr>
              <w:t xml:space="preserve"> as well as getting to hold a barn owl and watch him fly from their hand. </w:t>
            </w:r>
          </w:p>
          <w:p w14:paraId="065A6040" w14:textId="77777777" w:rsidR="001658C3" w:rsidRDefault="001658C3">
            <w:pPr>
              <w:rPr>
                <w:sz w:val="18"/>
                <w:szCs w:val="18"/>
              </w:rPr>
            </w:pPr>
          </w:p>
          <w:p w14:paraId="653E7A84" w14:textId="77777777" w:rsidR="001658C3" w:rsidRDefault="001658C3">
            <w:pPr>
              <w:rPr>
                <w:sz w:val="18"/>
                <w:szCs w:val="18"/>
              </w:rPr>
            </w:pPr>
            <w:proofErr w:type="spellStart"/>
            <w:r w:rsidRPr="001658C3">
              <w:rPr>
                <w:sz w:val="18"/>
                <w:szCs w:val="18"/>
              </w:rPr>
              <w:t>Lullingstone</w:t>
            </w:r>
            <w:proofErr w:type="spellEnd"/>
            <w:r w:rsidRPr="001658C3">
              <w:rPr>
                <w:sz w:val="18"/>
                <w:szCs w:val="18"/>
              </w:rPr>
              <w:t xml:space="preserve"> Ln, Eynsford, Dartford DA4 0JB</w:t>
            </w:r>
          </w:p>
          <w:p w14:paraId="59C0DDC2" w14:textId="77777777" w:rsidR="00DC57FE" w:rsidRDefault="00DC57FE">
            <w:pPr>
              <w:rPr>
                <w:sz w:val="18"/>
                <w:szCs w:val="18"/>
              </w:rPr>
            </w:pPr>
          </w:p>
          <w:p w14:paraId="5407327C" w14:textId="77777777" w:rsidR="001658C3" w:rsidRDefault="001658C3">
            <w:pPr>
              <w:rPr>
                <w:sz w:val="18"/>
                <w:szCs w:val="18"/>
              </w:rPr>
            </w:pPr>
          </w:p>
          <w:p w14:paraId="3A07B0E9" w14:textId="77777777" w:rsidR="001658C3" w:rsidRDefault="001658C3">
            <w:pPr>
              <w:rPr>
                <w:sz w:val="18"/>
                <w:szCs w:val="18"/>
              </w:rPr>
            </w:pPr>
          </w:p>
          <w:p w14:paraId="619627B0" w14:textId="77777777" w:rsidR="001658C3" w:rsidRDefault="001658C3">
            <w:pPr>
              <w:rPr>
                <w:sz w:val="18"/>
                <w:szCs w:val="18"/>
              </w:rPr>
            </w:pPr>
          </w:p>
          <w:p w14:paraId="5F1F85FD" w14:textId="77777777" w:rsidR="001658C3" w:rsidRDefault="001658C3">
            <w:pPr>
              <w:rPr>
                <w:sz w:val="18"/>
                <w:szCs w:val="18"/>
              </w:rPr>
            </w:pPr>
          </w:p>
          <w:p w14:paraId="35D037AC" w14:textId="77777777" w:rsidR="001658C3" w:rsidRDefault="001658C3">
            <w:pPr>
              <w:rPr>
                <w:sz w:val="18"/>
                <w:szCs w:val="18"/>
              </w:rPr>
            </w:pPr>
          </w:p>
          <w:p w14:paraId="353CB93B" w14:textId="77777777" w:rsidR="001658C3" w:rsidRDefault="001658C3">
            <w:pPr>
              <w:rPr>
                <w:sz w:val="18"/>
                <w:szCs w:val="18"/>
              </w:rPr>
            </w:pPr>
          </w:p>
          <w:p w14:paraId="4C42E544" w14:textId="3F67A60F" w:rsidR="001658C3" w:rsidRDefault="001658C3"/>
        </w:tc>
        <w:tc>
          <w:tcPr>
            <w:tcW w:w="2045" w:type="dxa"/>
            <w:vAlign w:val="center"/>
          </w:tcPr>
          <w:p w14:paraId="589CEB47" w14:textId="3F68E688" w:rsidR="001658C3" w:rsidRDefault="004C723F">
            <w:pPr>
              <w:rPr>
                <w:sz w:val="18"/>
              </w:rPr>
            </w:pPr>
            <w:r>
              <w:rPr>
                <w:sz w:val="18"/>
              </w:rPr>
              <w:lastRenderedPageBreak/>
              <w:t>B</w:t>
            </w:r>
            <w:r w:rsidR="00000000">
              <w:rPr>
                <w:sz w:val="18"/>
              </w:rPr>
              <w:t>ooked date:</w:t>
            </w:r>
          </w:p>
          <w:p w14:paraId="3B1F1A82" w14:textId="6489F6DA" w:rsidR="00EF06F6" w:rsidRDefault="004C723F">
            <w:pPr>
              <w:rPr>
                <w:sz w:val="18"/>
              </w:rPr>
            </w:pPr>
            <w:r>
              <w:rPr>
                <w:sz w:val="18"/>
              </w:rPr>
              <w:t>Wednesday 17</w:t>
            </w:r>
            <w:r w:rsidRPr="004C723F">
              <w:rPr>
                <w:sz w:val="18"/>
                <w:vertAlign w:val="superscript"/>
              </w:rPr>
              <w:t>th</w:t>
            </w:r>
            <w:r>
              <w:rPr>
                <w:sz w:val="18"/>
              </w:rPr>
              <w:t xml:space="preserve"> March</w:t>
            </w:r>
          </w:p>
          <w:p w14:paraId="06D0ADF8" w14:textId="77777777" w:rsidR="00EF06F6" w:rsidRDefault="00EF06F6">
            <w:pPr>
              <w:rPr>
                <w:sz w:val="18"/>
              </w:rPr>
            </w:pPr>
          </w:p>
          <w:p w14:paraId="5F1DE92F" w14:textId="77777777" w:rsidR="001658C3" w:rsidRDefault="001658C3">
            <w:pPr>
              <w:rPr>
                <w:sz w:val="18"/>
              </w:rPr>
            </w:pPr>
          </w:p>
          <w:p w14:paraId="156C6642" w14:textId="20B93AC3" w:rsidR="00AE4CCD" w:rsidRDefault="001658C3">
            <w:pPr>
              <w:rPr>
                <w:sz w:val="18"/>
              </w:rPr>
            </w:pPr>
            <w:r>
              <w:rPr>
                <w:sz w:val="18"/>
              </w:rPr>
              <w:t xml:space="preserve">. </w:t>
            </w:r>
          </w:p>
          <w:p w14:paraId="70E59AB2" w14:textId="77777777" w:rsidR="001658C3" w:rsidRDefault="001658C3">
            <w:pPr>
              <w:rPr>
                <w:sz w:val="18"/>
              </w:rPr>
            </w:pPr>
          </w:p>
          <w:p w14:paraId="684885B4" w14:textId="77777777" w:rsidR="001658C3" w:rsidRDefault="001658C3">
            <w:pPr>
              <w:rPr>
                <w:sz w:val="18"/>
              </w:rPr>
            </w:pPr>
          </w:p>
          <w:p w14:paraId="3EE2536D" w14:textId="77777777" w:rsidR="001658C3" w:rsidRDefault="001658C3"/>
          <w:p w14:paraId="23F6192C" w14:textId="77777777" w:rsidR="001658C3" w:rsidRDefault="001658C3"/>
          <w:p w14:paraId="3D623DF1" w14:textId="77777777" w:rsidR="001658C3" w:rsidRDefault="001658C3"/>
        </w:tc>
        <w:tc>
          <w:tcPr>
            <w:tcW w:w="2045" w:type="dxa"/>
            <w:vAlign w:val="center"/>
          </w:tcPr>
          <w:p w14:paraId="405816A2" w14:textId="537C1292" w:rsidR="001658C3" w:rsidRDefault="004C723F">
            <w:pPr>
              <w:rPr>
                <w:sz w:val="18"/>
              </w:rPr>
            </w:pPr>
            <w:r>
              <w:rPr>
                <w:sz w:val="18"/>
              </w:rPr>
              <w:t>Timings to be confirmed nearer the time</w:t>
            </w:r>
            <w:r w:rsidR="001658C3">
              <w:rPr>
                <w:sz w:val="18"/>
              </w:rPr>
              <w:t>.</w:t>
            </w:r>
          </w:p>
          <w:p w14:paraId="5E937CBD" w14:textId="77777777" w:rsidR="00EF06F6" w:rsidRDefault="00EF06F6">
            <w:pPr>
              <w:rPr>
                <w:sz w:val="18"/>
              </w:rPr>
            </w:pPr>
          </w:p>
          <w:p w14:paraId="1F43E3DF" w14:textId="77777777" w:rsidR="00EF06F6" w:rsidRDefault="00EF06F6">
            <w:pPr>
              <w:rPr>
                <w:sz w:val="18"/>
              </w:rPr>
            </w:pPr>
          </w:p>
          <w:p w14:paraId="01CAF047" w14:textId="77777777" w:rsidR="001658C3" w:rsidRDefault="001658C3">
            <w:pPr>
              <w:rPr>
                <w:sz w:val="18"/>
              </w:rPr>
            </w:pPr>
          </w:p>
          <w:p w14:paraId="3B8CB99B" w14:textId="77777777" w:rsidR="001658C3" w:rsidRDefault="001658C3">
            <w:pPr>
              <w:rPr>
                <w:sz w:val="18"/>
              </w:rPr>
            </w:pPr>
          </w:p>
          <w:p w14:paraId="5255BF0A" w14:textId="77777777" w:rsidR="001658C3" w:rsidRDefault="001658C3">
            <w:pPr>
              <w:rPr>
                <w:sz w:val="18"/>
              </w:rPr>
            </w:pPr>
          </w:p>
          <w:p w14:paraId="085697CD" w14:textId="77777777" w:rsidR="001658C3" w:rsidRDefault="001658C3">
            <w:pPr>
              <w:rPr>
                <w:sz w:val="18"/>
              </w:rPr>
            </w:pPr>
          </w:p>
          <w:p w14:paraId="0DC0F06B" w14:textId="77777777" w:rsidR="001658C3" w:rsidRPr="001658C3" w:rsidRDefault="001658C3">
            <w:pPr>
              <w:rPr>
                <w:sz w:val="18"/>
              </w:rPr>
            </w:pPr>
          </w:p>
          <w:p w14:paraId="728BD54E" w14:textId="77777777" w:rsidR="001658C3" w:rsidRDefault="001658C3"/>
          <w:p w14:paraId="33111AA5" w14:textId="77777777" w:rsidR="001658C3" w:rsidRDefault="001658C3"/>
          <w:p w14:paraId="274BBD79" w14:textId="77777777" w:rsidR="001658C3" w:rsidRDefault="001658C3"/>
          <w:p w14:paraId="7CEF1C7D" w14:textId="77777777" w:rsidR="001658C3" w:rsidRDefault="001658C3"/>
        </w:tc>
        <w:tc>
          <w:tcPr>
            <w:tcW w:w="2045" w:type="dxa"/>
            <w:vAlign w:val="center"/>
          </w:tcPr>
          <w:p w14:paraId="2596DE67" w14:textId="41A63E86" w:rsidR="001658C3" w:rsidRDefault="001658C3" w:rsidP="00BF10A8">
            <w:pPr>
              <w:rPr>
                <w:sz w:val="18"/>
                <w:szCs w:val="18"/>
              </w:rPr>
            </w:pPr>
            <w:r w:rsidRPr="001658C3">
              <w:rPr>
                <w:sz w:val="18"/>
                <w:szCs w:val="18"/>
              </w:rPr>
              <w:t>£</w:t>
            </w:r>
            <w:r w:rsidR="00BF10A8">
              <w:rPr>
                <w:sz w:val="18"/>
                <w:szCs w:val="18"/>
              </w:rPr>
              <w:t xml:space="preserve">14.95 per child. </w:t>
            </w:r>
          </w:p>
          <w:p w14:paraId="602E4137" w14:textId="1A50FDAA" w:rsidR="00BF10A8" w:rsidRDefault="00BF10A8" w:rsidP="00BF10A8">
            <w:pPr>
              <w:rPr>
                <w:sz w:val="18"/>
                <w:szCs w:val="18"/>
              </w:rPr>
            </w:pPr>
          </w:p>
          <w:p w14:paraId="56C0E1C0" w14:textId="77777777" w:rsidR="00EF06F6" w:rsidRDefault="00EF06F6">
            <w:pPr>
              <w:rPr>
                <w:sz w:val="18"/>
                <w:szCs w:val="18"/>
              </w:rPr>
            </w:pPr>
          </w:p>
          <w:p w14:paraId="326471E0" w14:textId="77777777" w:rsidR="001658C3" w:rsidRDefault="001658C3">
            <w:pPr>
              <w:rPr>
                <w:sz w:val="18"/>
                <w:szCs w:val="18"/>
              </w:rPr>
            </w:pPr>
          </w:p>
          <w:p w14:paraId="1DE15DDD" w14:textId="77777777" w:rsidR="001658C3" w:rsidRDefault="001658C3">
            <w:pPr>
              <w:rPr>
                <w:sz w:val="18"/>
                <w:szCs w:val="18"/>
              </w:rPr>
            </w:pPr>
          </w:p>
          <w:p w14:paraId="2C792744" w14:textId="77777777" w:rsidR="001658C3" w:rsidRDefault="001658C3">
            <w:pPr>
              <w:rPr>
                <w:sz w:val="18"/>
                <w:szCs w:val="18"/>
              </w:rPr>
            </w:pPr>
          </w:p>
          <w:p w14:paraId="20530C9E" w14:textId="77777777" w:rsidR="001658C3" w:rsidRPr="001658C3" w:rsidRDefault="001658C3">
            <w:pPr>
              <w:rPr>
                <w:sz w:val="18"/>
                <w:szCs w:val="18"/>
              </w:rPr>
            </w:pPr>
          </w:p>
          <w:p w14:paraId="2A1B52DE" w14:textId="77777777" w:rsidR="001658C3" w:rsidRPr="001658C3" w:rsidRDefault="001658C3">
            <w:pPr>
              <w:rPr>
                <w:sz w:val="18"/>
                <w:szCs w:val="18"/>
              </w:rPr>
            </w:pPr>
          </w:p>
          <w:p w14:paraId="383E6407" w14:textId="77777777" w:rsidR="001658C3" w:rsidRPr="001658C3" w:rsidRDefault="001658C3">
            <w:pPr>
              <w:rPr>
                <w:sz w:val="18"/>
                <w:szCs w:val="18"/>
              </w:rPr>
            </w:pPr>
          </w:p>
          <w:p w14:paraId="5405944F" w14:textId="77777777" w:rsidR="001658C3" w:rsidRPr="001658C3" w:rsidRDefault="001658C3">
            <w:pPr>
              <w:rPr>
                <w:sz w:val="18"/>
                <w:szCs w:val="18"/>
              </w:rPr>
            </w:pPr>
          </w:p>
          <w:p w14:paraId="1EFE6DE5" w14:textId="77777777" w:rsidR="001658C3" w:rsidRPr="001658C3" w:rsidRDefault="001658C3">
            <w:pPr>
              <w:rPr>
                <w:sz w:val="18"/>
                <w:szCs w:val="18"/>
              </w:rPr>
            </w:pPr>
          </w:p>
          <w:p w14:paraId="772BE27A" w14:textId="77777777" w:rsidR="001658C3" w:rsidRPr="001658C3" w:rsidRDefault="001658C3">
            <w:pPr>
              <w:rPr>
                <w:sz w:val="18"/>
                <w:szCs w:val="18"/>
              </w:rPr>
            </w:pPr>
          </w:p>
          <w:p w14:paraId="2E4BCE23" w14:textId="77777777" w:rsidR="001658C3" w:rsidRPr="001658C3" w:rsidRDefault="001658C3">
            <w:pPr>
              <w:rPr>
                <w:sz w:val="18"/>
                <w:szCs w:val="18"/>
              </w:rPr>
            </w:pPr>
          </w:p>
          <w:p w14:paraId="7C24F4B9" w14:textId="18FED081" w:rsidR="001658C3" w:rsidRPr="001658C3" w:rsidRDefault="001658C3">
            <w:pPr>
              <w:rPr>
                <w:sz w:val="18"/>
                <w:szCs w:val="18"/>
              </w:rPr>
            </w:pPr>
          </w:p>
        </w:tc>
        <w:tc>
          <w:tcPr>
            <w:tcW w:w="2045" w:type="dxa"/>
            <w:vAlign w:val="center"/>
          </w:tcPr>
          <w:p w14:paraId="26666242" w14:textId="2CCC787D" w:rsidR="001658C3" w:rsidRDefault="001658C3" w:rsidP="001658C3">
            <w:pPr>
              <w:rPr>
                <w:sz w:val="18"/>
              </w:rPr>
            </w:pPr>
            <w:r>
              <w:rPr>
                <w:sz w:val="18"/>
              </w:rPr>
              <w:t>Parent support is needed for getting children there and supporting groups. X3 parent helpers support groups on trip.</w:t>
            </w:r>
          </w:p>
          <w:p w14:paraId="0BE521F3" w14:textId="77777777" w:rsidR="00EF06F6" w:rsidRDefault="00EF06F6" w:rsidP="001658C3">
            <w:pPr>
              <w:rPr>
                <w:sz w:val="18"/>
              </w:rPr>
            </w:pPr>
          </w:p>
          <w:p w14:paraId="4D90B047" w14:textId="77777777" w:rsidR="001658C3" w:rsidRDefault="001658C3" w:rsidP="001658C3">
            <w:pPr>
              <w:rPr>
                <w:sz w:val="18"/>
              </w:rPr>
            </w:pPr>
          </w:p>
          <w:p w14:paraId="2FB2A660" w14:textId="77777777" w:rsidR="001658C3" w:rsidRDefault="001658C3"/>
          <w:p w14:paraId="2E887A05" w14:textId="77777777" w:rsidR="001658C3" w:rsidRDefault="001658C3"/>
          <w:p w14:paraId="4204005D" w14:textId="77777777" w:rsidR="001658C3" w:rsidRDefault="001658C3"/>
          <w:p w14:paraId="35921F8A" w14:textId="77777777" w:rsidR="001658C3" w:rsidRDefault="001658C3"/>
          <w:p w14:paraId="30CD4D3A" w14:textId="77777777" w:rsidR="001658C3" w:rsidRDefault="001658C3"/>
        </w:tc>
      </w:tr>
    </w:tbl>
    <w:p w14:paraId="77F9F0CD" w14:textId="77777777" w:rsidR="00AE4CCD" w:rsidRDefault="00AE4CCD">
      <w:pPr>
        <w:spacing w:after="40"/>
      </w:pPr>
    </w:p>
    <w:p w14:paraId="74624292" w14:textId="77777777" w:rsidR="00DC57FE" w:rsidRDefault="00DC57FE">
      <w:pPr>
        <w:rPr>
          <w:b/>
          <w:sz w:val="28"/>
          <w:u w:val="single"/>
        </w:rPr>
      </w:pPr>
    </w:p>
    <w:p w14:paraId="4BC02573" w14:textId="77777777" w:rsidR="00DC57FE" w:rsidRDefault="00DC57FE">
      <w:pPr>
        <w:rPr>
          <w:b/>
          <w:sz w:val="28"/>
          <w:u w:val="single"/>
        </w:rPr>
      </w:pPr>
    </w:p>
    <w:p w14:paraId="4A97D4BE" w14:textId="5758E04C" w:rsidR="00AE4CCD" w:rsidRDefault="00000000">
      <w:r>
        <w:rPr>
          <w:b/>
          <w:sz w:val="28"/>
          <w:u w:val="single"/>
        </w:rPr>
        <w:t>Term 5</w:t>
      </w:r>
    </w:p>
    <w:p w14:paraId="3DC968FF" w14:textId="6911C3D3" w:rsidR="00AE4CCD" w:rsidRDefault="00000000">
      <w:r>
        <w:rPr>
          <w:b/>
        </w:rPr>
        <w:t xml:space="preserve">Term dates: </w:t>
      </w:r>
      <w:r>
        <w:t>Monday 1</w:t>
      </w:r>
      <w:r w:rsidR="001658C3">
        <w:t>2</w:t>
      </w:r>
      <w:r w:rsidR="001658C3" w:rsidRPr="001658C3">
        <w:rPr>
          <w:vertAlign w:val="superscript"/>
        </w:rPr>
        <w:t>th</w:t>
      </w:r>
      <w:r>
        <w:t xml:space="preserve"> April – Friday 2</w:t>
      </w:r>
      <w:r w:rsidR="001658C3">
        <w:t>8</w:t>
      </w:r>
      <w:r w:rsidR="001658C3" w:rsidRPr="001658C3">
        <w:rPr>
          <w:vertAlign w:val="superscript"/>
        </w:rPr>
        <w:t>th</w:t>
      </w:r>
      <w:r>
        <w:t xml:space="preserve"> May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045"/>
        <w:gridCol w:w="2045"/>
        <w:gridCol w:w="2045"/>
        <w:gridCol w:w="2045"/>
        <w:gridCol w:w="2045"/>
      </w:tblGrid>
      <w:tr w:rsidR="00AE4CCD" w14:paraId="64CB0968" w14:textId="77777777">
        <w:trPr>
          <w:jc w:val="center"/>
        </w:trPr>
        <w:tc>
          <w:tcPr>
            <w:tcW w:w="2045" w:type="dxa"/>
            <w:vAlign w:val="center"/>
          </w:tcPr>
          <w:p w14:paraId="72CDCEA8" w14:textId="77777777" w:rsidR="00AE4CCD" w:rsidRDefault="00000000">
            <w:r>
              <w:rPr>
                <w:b/>
                <w:sz w:val="18"/>
              </w:rPr>
              <w:t>Trip / Visit</w:t>
            </w:r>
          </w:p>
        </w:tc>
        <w:tc>
          <w:tcPr>
            <w:tcW w:w="2045" w:type="dxa"/>
            <w:vAlign w:val="center"/>
          </w:tcPr>
          <w:p w14:paraId="5C7E02EF" w14:textId="77777777" w:rsidR="00AE4CCD" w:rsidRDefault="00000000">
            <w:r>
              <w:rPr>
                <w:b/>
                <w:sz w:val="18"/>
              </w:rPr>
              <w:t>Possible booked date</w:t>
            </w:r>
          </w:p>
        </w:tc>
        <w:tc>
          <w:tcPr>
            <w:tcW w:w="2045" w:type="dxa"/>
            <w:vAlign w:val="center"/>
          </w:tcPr>
          <w:p w14:paraId="6943670F" w14:textId="77777777" w:rsidR="00AE4CCD" w:rsidRDefault="00000000">
            <w:r>
              <w:rPr>
                <w:b/>
                <w:sz w:val="18"/>
              </w:rPr>
              <w:t>Timings</w:t>
            </w:r>
          </w:p>
        </w:tc>
        <w:tc>
          <w:tcPr>
            <w:tcW w:w="2045" w:type="dxa"/>
            <w:vAlign w:val="center"/>
          </w:tcPr>
          <w:p w14:paraId="59D59B4A" w14:textId="77777777" w:rsidR="00AE4CCD" w:rsidRDefault="00000000">
            <w:r>
              <w:rPr>
                <w:b/>
                <w:sz w:val="18"/>
              </w:rPr>
              <w:t>Cost</w:t>
            </w:r>
          </w:p>
        </w:tc>
        <w:tc>
          <w:tcPr>
            <w:tcW w:w="2045" w:type="dxa"/>
            <w:vAlign w:val="center"/>
          </w:tcPr>
          <w:p w14:paraId="72B354D9" w14:textId="77777777" w:rsidR="00AE4CCD" w:rsidRDefault="00000000">
            <w:r>
              <w:rPr>
                <w:b/>
                <w:sz w:val="18"/>
              </w:rPr>
              <w:t>Parent support</w:t>
            </w:r>
          </w:p>
        </w:tc>
      </w:tr>
      <w:tr w:rsidR="00AE4CCD" w14:paraId="2E5964CA" w14:textId="77777777">
        <w:trPr>
          <w:jc w:val="center"/>
        </w:trPr>
        <w:tc>
          <w:tcPr>
            <w:tcW w:w="2045" w:type="dxa"/>
            <w:vAlign w:val="center"/>
          </w:tcPr>
          <w:p w14:paraId="27DA1A45" w14:textId="6AF974BF" w:rsidR="00AE4CCD" w:rsidRDefault="001658C3">
            <w:pPr>
              <w:rPr>
                <w:sz w:val="18"/>
              </w:rPr>
            </w:pPr>
            <w:r>
              <w:rPr>
                <w:sz w:val="18"/>
              </w:rPr>
              <w:t>Coolings Garden Centre</w:t>
            </w:r>
            <w:r w:rsidR="00EF06F6">
              <w:rPr>
                <w:sz w:val="18"/>
              </w:rPr>
              <w:t xml:space="preserve"> to consolidate their learning of plants.</w:t>
            </w:r>
          </w:p>
          <w:p w14:paraId="0FAA8B19" w14:textId="77777777" w:rsidR="001658C3" w:rsidRDefault="001658C3">
            <w:pPr>
              <w:rPr>
                <w:sz w:val="18"/>
              </w:rPr>
            </w:pPr>
          </w:p>
          <w:p w14:paraId="6AECCFA7" w14:textId="77777777" w:rsidR="001658C3" w:rsidRDefault="001658C3">
            <w:pPr>
              <w:rPr>
                <w:sz w:val="18"/>
                <w:szCs w:val="18"/>
              </w:rPr>
            </w:pPr>
            <w:r w:rsidRPr="001658C3">
              <w:rPr>
                <w:sz w:val="18"/>
                <w:szCs w:val="18"/>
              </w:rPr>
              <w:t xml:space="preserve">Rushmore Hill, </w:t>
            </w:r>
            <w:proofErr w:type="spellStart"/>
            <w:r w:rsidRPr="001658C3">
              <w:rPr>
                <w:sz w:val="18"/>
                <w:szCs w:val="18"/>
              </w:rPr>
              <w:t>Knockholt</w:t>
            </w:r>
            <w:proofErr w:type="spellEnd"/>
            <w:r w:rsidRPr="001658C3">
              <w:rPr>
                <w:sz w:val="18"/>
                <w:szCs w:val="18"/>
              </w:rPr>
              <w:t>, Sevenoaks TN14 7NN</w:t>
            </w:r>
          </w:p>
          <w:p w14:paraId="57ED589A" w14:textId="77777777" w:rsidR="00EF06F6" w:rsidRDefault="00EF06F6">
            <w:pPr>
              <w:rPr>
                <w:sz w:val="18"/>
                <w:szCs w:val="18"/>
              </w:rPr>
            </w:pPr>
          </w:p>
          <w:p w14:paraId="55ACBCE1" w14:textId="77777777" w:rsidR="001658C3" w:rsidRDefault="001658C3">
            <w:pPr>
              <w:rPr>
                <w:sz w:val="18"/>
                <w:szCs w:val="18"/>
              </w:rPr>
            </w:pPr>
          </w:p>
          <w:p w14:paraId="5C34CF4B" w14:textId="52D1884F" w:rsidR="001658C3" w:rsidRDefault="001658C3"/>
        </w:tc>
        <w:tc>
          <w:tcPr>
            <w:tcW w:w="2045" w:type="dxa"/>
            <w:vAlign w:val="center"/>
          </w:tcPr>
          <w:p w14:paraId="3CA21375" w14:textId="77777777" w:rsidR="00AE4CCD" w:rsidRDefault="00000000">
            <w:pPr>
              <w:rPr>
                <w:sz w:val="18"/>
              </w:rPr>
            </w:pPr>
            <w:r>
              <w:rPr>
                <w:sz w:val="18"/>
              </w:rPr>
              <w:t xml:space="preserve">Possible booked date: </w:t>
            </w:r>
            <w:r w:rsidR="001658C3">
              <w:rPr>
                <w:sz w:val="18"/>
              </w:rPr>
              <w:t>Friday 23</w:t>
            </w:r>
            <w:r w:rsidR="001658C3" w:rsidRPr="001658C3">
              <w:rPr>
                <w:sz w:val="18"/>
                <w:vertAlign w:val="superscript"/>
              </w:rPr>
              <w:t>rd</w:t>
            </w:r>
            <w:r w:rsidR="001658C3">
              <w:rPr>
                <w:sz w:val="18"/>
              </w:rPr>
              <w:t xml:space="preserve"> April 2027</w:t>
            </w:r>
          </w:p>
          <w:p w14:paraId="032433A9" w14:textId="77777777" w:rsidR="00EF06F6" w:rsidRDefault="00EF06F6">
            <w:pPr>
              <w:rPr>
                <w:sz w:val="18"/>
              </w:rPr>
            </w:pPr>
          </w:p>
          <w:p w14:paraId="16A6680E" w14:textId="77777777" w:rsidR="001658C3" w:rsidRDefault="001658C3">
            <w:pPr>
              <w:rPr>
                <w:sz w:val="18"/>
              </w:rPr>
            </w:pPr>
          </w:p>
          <w:p w14:paraId="5D2BCAA1" w14:textId="77777777" w:rsidR="001658C3" w:rsidRDefault="001658C3">
            <w:pPr>
              <w:rPr>
                <w:sz w:val="18"/>
              </w:rPr>
            </w:pPr>
          </w:p>
          <w:p w14:paraId="292D1167" w14:textId="77777777" w:rsidR="001658C3" w:rsidRDefault="001658C3">
            <w:pPr>
              <w:rPr>
                <w:sz w:val="18"/>
              </w:rPr>
            </w:pPr>
          </w:p>
          <w:p w14:paraId="66F7B226" w14:textId="77777777" w:rsidR="001658C3" w:rsidRDefault="001658C3"/>
          <w:p w14:paraId="39908846" w14:textId="77777777" w:rsidR="001658C3" w:rsidRDefault="001658C3"/>
          <w:p w14:paraId="71015B64" w14:textId="469AAA5B" w:rsidR="001658C3" w:rsidRDefault="001658C3"/>
        </w:tc>
        <w:tc>
          <w:tcPr>
            <w:tcW w:w="2045" w:type="dxa"/>
            <w:vAlign w:val="center"/>
          </w:tcPr>
          <w:p w14:paraId="473C38CD" w14:textId="77777777" w:rsidR="00AE4CCD" w:rsidRDefault="00000000">
            <w:pPr>
              <w:rPr>
                <w:sz w:val="18"/>
              </w:rPr>
            </w:pPr>
            <w:r>
              <w:rPr>
                <w:sz w:val="18"/>
              </w:rPr>
              <w:t>9:30am – 12:00pm</w:t>
            </w:r>
          </w:p>
          <w:p w14:paraId="4BFDA86B" w14:textId="77777777" w:rsidR="00EF06F6" w:rsidRDefault="00EF06F6">
            <w:pPr>
              <w:rPr>
                <w:sz w:val="18"/>
              </w:rPr>
            </w:pPr>
          </w:p>
          <w:p w14:paraId="6C2F1431" w14:textId="77777777" w:rsidR="001658C3" w:rsidRDefault="001658C3">
            <w:pPr>
              <w:rPr>
                <w:sz w:val="18"/>
              </w:rPr>
            </w:pPr>
          </w:p>
          <w:p w14:paraId="10257EC6" w14:textId="77777777" w:rsidR="001658C3" w:rsidRDefault="001658C3">
            <w:pPr>
              <w:rPr>
                <w:sz w:val="18"/>
              </w:rPr>
            </w:pPr>
          </w:p>
          <w:p w14:paraId="2124F78D" w14:textId="77777777" w:rsidR="001658C3" w:rsidRDefault="001658C3">
            <w:pPr>
              <w:rPr>
                <w:sz w:val="18"/>
              </w:rPr>
            </w:pPr>
          </w:p>
          <w:p w14:paraId="1C4D1B57" w14:textId="77777777" w:rsidR="001658C3" w:rsidRDefault="001658C3"/>
          <w:p w14:paraId="14859E8A" w14:textId="77777777" w:rsidR="001658C3" w:rsidRDefault="001658C3"/>
          <w:p w14:paraId="102532BE" w14:textId="77777777" w:rsidR="001658C3" w:rsidRDefault="001658C3"/>
          <w:p w14:paraId="5C1C01CA" w14:textId="77777777" w:rsidR="001658C3" w:rsidRDefault="001658C3"/>
        </w:tc>
        <w:tc>
          <w:tcPr>
            <w:tcW w:w="2045" w:type="dxa"/>
            <w:vAlign w:val="center"/>
          </w:tcPr>
          <w:p w14:paraId="07C3B247" w14:textId="77777777" w:rsidR="00AE4CCD" w:rsidRDefault="00000000">
            <w:pPr>
              <w:rPr>
                <w:sz w:val="18"/>
              </w:rPr>
            </w:pPr>
            <w:r>
              <w:rPr>
                <w:sz w:val="18"/>
              </w:rPr>
              <w:t>No cost</w:t>
            </w:r>
          </w:p>
          <w:p w14:paraId="4E704AEA" w14:textId="77777777" w:rsidR="00EF06F6" w:rsidRDefault="00EF06F6">
            <w:pPr>
              <w:rPr>
                <w:sz w:val="18"/>
              </w:rPr>
            </w:pPr>
          </w:p>
          <w:p w14:paraId="2F980E11" w14:textId="77777777" w:rsidR="001658C3" w:rsidRDefault="001658C3">
            <w:pPr>
              <w:rPr>
                <w:sz w:val="18"/>
              </w:rPr>
            </w:pPr>
          </w:p>
          <w:p w14:paraId="479D0400" w14:textId="77777777" w:rsidR="001658C3" w:rsidRDefault="001658C3">
            <w:pPr>
              <w:rPr>
                <w:sz w:val="18"/>
              </w:rPr>
            </w:pPr>
          </w:p>
          <w:p w14:paraId="7AD0F130" w14:textId="77777777" w:rsidR="001658C3" w:rsidRDefault="001658C3">
            <w:pPr>
              <w:rPr>
                <w:sz w:val="18"/>
              </w:rPr>
            </w:pPr>
          </w:p>
          <w:p w14:paraId="4B2D7E7F" w14:textId="77777777" w:rsidR="001658C3" w:rsidRDefault="001658C3"/>
          <w:p w14:paraId="4FC8750B" w14:textId="77777777" w:rsidR="001658C3" w:rsidRDefault="001658C3"/>
          <w:p w14:paraId="05A8110E" w14:textId="77777777" w:rsidR="001658C3" w:rsidRDefault="001658C3"/>
          <w:p w14:paraId="397D82F7" w14:textId="77777777" w:rsidR="001658C3" w:rsidRDefault="001658C3"/>
        </w:tc>
        <w:tc>
          <w:tcPr>
            <w:tcW w:w="2045" w:type="dxa"/>
            <w:vAlign w:val="center"/>
          </w:tcPr>
          <w:p w14:paraId="13D1237C" w14:textId="77777777" w:rsidR="001658C3" w:rsidRDefault="001658C3" w:rsidP="001658C3">
            <w:pPr>
              <w:rPr>
                <w:sz w:val="18"/>
              </w:rPr>
            </w:pPr>
            <w:r>
              <w:rPr>
                <w:sz w:val="18"/>
              </w:rPr>
              <w:t>Parent support is needed for getting children there and supporting groups. X3 parent helpers support groups on trip.</w:t>
            </w:r>
          </w:p>
          <w:p w14:paraId="5A6DCB57" w14:textId="77777777" w:rsidR="00EF06F6" w:rsidRDefault="00EF06F6" w:rsidP="001658C3">
            <w:pPr>
              <w:rPr>
                <w:sz w:val="18"/>
              </w:rPr>
            </w:pPr>
          </w:p>
          <w:p w14:paraId="6479FFD6" w14:textId="77777777" w:rsidR="001658C3" w:rsidRDefault="001658C3"/>
          <w:p w14:paraId="1F161CBE" w14:textId="77777777" w:rsidR="001658C3" w:rsidRDefault="001658C3"/>
        </w:tc>
      </w:tr>
    </w:tbl>
    <w:p w14:paraId="367C62F7" w14:textId="77777777" w:rsidR="00AE4CCD" w:rsidRDefault="00AE4CCD">
      <w:pPr>
        <w:spacing w:after="40"/>
      </w:pPr>
    </w:p>
    <w:p w14:paraId="5E5F8B09" w14:textId="77777777" w:rsidR="00AE4CCD" w:rsidRDefault="00AE4CCD">
      <w:pPr>
        <w:spacing w:after="40"/>
      </w:pPr>
    </w:p>
    <w:p w14:paraId="1265B543" w14:textId="22760B9F" w:rsidR="00AE4CCD" w:rsidRDefault="00000000">
      <w:r>
        <w:rPr>
          <w:b/>
        </w:rPr>
        <w:t xml:space="preserve">Important: </w:t>
      </w:r>
      <w:r>
        <w:t xml:space="preserve">The dates shown as “possible booked dates” are the dates currently being planned/booked. </w:t>
      </w:r>
      <w:r w:rsidR="00DC57FE">
        <w:t>Final</w:t>
      </w:r>
      <w:r>
        <w:t xml:space="preserve"> confirmation will be sent to parents before each trip</w:t>
      </w:r>
      <w:r w:rsidR="001658C3">
        <w:t xml:space="preserve"> in the form of a trip letter</w:t>
      </w:r>
      <w:r>
        <w:t>. Parent volunteers will be asked to confirm their availability in advance.</w:t>
      </w:r>
      <w:r w:rsidR="00DC57FE">
        <w:t xml:space="preserve"> Class reps will be asked to sort transportation means for children. </w:t>
      </w:r>
    </w:p>
    <w:sectPr w:rsidR="00AE4CCD" w:rsidSect="00034616">
      <w:footerReference w:type="default" r:id="rId8"/>
      <w:pgSz w:w="12240" w:h="15840"/>
      <w:pgMar w:top="936" w:right="1008" w:bottom="936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F2BC6B" w14:textId="77777777" w:rsidR="006F0069" w:rsidRDefault="006F0069">
      <w:pPr>
        <w:spacing w:after="0" w:line="240" w:lineRule="auto"/>
      </w:pPr>
      <w:r>
        <w:separator/>
      </w:r>
    </w:p>
  </w:endnote>
  <w:endnote w:type="continuationSeparator" w:id="0">
    <w:p w14:paraId="39F04C2E" w14:textId="77777777" w:rsidR="006F0069" w:rsidRDefault="006F00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53266C" w14:textId="77777777" w:rsidR="00AE4CCD" w:rsidRDefault="00000000">
    <w:pPr>
      <w:pStyle w:val="Footer"/>
      <w:jc w:val="center"/>
    </w:pPr>
    <w:r>
      <w:rPr>
        <w:sz w:val="16"/>
      </w:rPr>
      <w:t>Year 1 Trips – Parent Information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5283B5" w14:textId="77777777" w:rsidR="006F0069" w:rsidRDefault="006F0069">
      <w:pPr>
        <w:spacing w:after="0" w:line="240" w:lineRule="auto"/>
      </w:pPr>
      <w:r>
        <w:separator/>
      </w:r>
    </w:p>
  </w:footnote>
  <w:footnote w:type="continuationSeparator" w:id="0">
    <w:p w14:paraId="6AF076D0" w14:textId="77777777" w:rsidR="006F0069" w:rsidRDefault="006F00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93532802">
    <w:abstractNumId w:val="8"/>
  </w:num>
  <w:num w:numId="2" w16cid:durableId="2055156075">
    <w:abstractNumId w:val="6"/>
  </w:num>
  <w:num w:numId="3" w16cid:durableId="1310478529">
    <w:abstractNumId w:val="5"/>
  </w:num>
  <w:num w:numId="4" w16cid:durableId="1941062364">
    <w:abstractNumId w:val="4"/>
  </w:num>
  <w:num w:numId="5" w16cid:durableId="2076076929">
    <w:abstractNumId w:val="7"/>
  </w:num>
  <w:num w:numId="6" w16cid:durableId="682904411">
    <w:abstractNumId w:val="3"/>
  </w:num>
  <w:num w:numId="7" w16cid:durableId="278226505">
    <w:abstractNumId w:val="2"/>
  </w:num>
  <w:num w:numId="8" w16cid:durableId="847525655">
    <w:abstractNumId w:val="1"/>
  </w:num>
  <w:num w:numId="9" w16cid:durableId="13593527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658C3"/>
    <w:rsid w:val="001D4DFA"/>
    <w:rsid w:val="00227D0C"/>
    <w:rsid w:val="0029639D"/>
    <w:rsid w:val="00303146"/>
    <w:rsid w:val="00326F90"/>
    <w:rsid w:val="0037125E"/>
    <w:rsid w:val="004C723F"/>
    <w:rsid w:val="00600D29"/>
    <w:rsid w:val="00625ED4"/>
    <w:rsid w:val="006F0069"/>
    <w:rsid w:val="00772C63"/>
    <w:rsid w:val="008273E1"/>
    <w:rsid w:val="0088495E"/>
    <w:rsid w:val="008C251D"/>
    <w:rsid w:val="009A70F8"/>
    <w:rsid w:val="00A37077"/>
    <w:rsid w:val="00A674D0"/>
    <w:rsid w:val="00AA1D8D"/>
    <w:rsid w:val="00AE4CCD"/>
    <w:rsid w:val="00B47730"/>
    <w:rsid w:val="00BF10A8"/>
    <w:rsid w:val="00C57248"/>
    <w:rsid w:val="00CB0664"/>
    <w:rsid w:val="00D01241"/>
    <w:rsid w:val="00DC57FE"/>
    <w:rsid w:val="00E44509"/>
    <w:rsid w:val="00EF06F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DE6D315"/>
  <w14:defaultImageDpi w14:val="300"/>
  <w15:docId w15:val="{3166AF77-717E-44C7-81F8-401555767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634</Words>
  <Characters>3618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4244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Chloe Mandy</cp:lastModifiedBy>
  <cp:revision>15</cp:revision>
  <dcterms:created xsi:type="dcterms:W3CDTF">2026-08-24T12:04:00Z</dcterms:created>
  <dcterms:modified xsi:type="dcterms:W3CDTF">2026-09-04T15:45:00Z</dcterms:modified>
  <cp:category/>
</cp:coreProperties>
</file>